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07528" w14:textId="77777777" w:rsidR="00061B7B" w:rsidRDefault="00000000">
      <w:pPr>
        <w:spacing w:after="60"/>
        <w:jc w:val="center"/>
        <w:rPr>
          <w:lang w:eastAsia="ja-JP"/>
        </w:rPr>
      </w:pPr>
      <w:r>
        <w:rPr>
          <w:b/>
          <w:sz w:val="32"/>
          <w:lang w:eastAsia="ja-JP"/>
        </w:rPr>
        <w:t>令和8年度 横須賀市小学校プール利用者アンケート</w:t>
      </w:r>
    </w:p>
    <w:p w14:paraId="053B6F1A" w14:textId="35706273" w:rsidR="00061B7B" w:rsidRDefault="00000000">
      <w:pPr>
        <w:spacing w:after="240"/>
        <w:jc w:val="center"/>
        <w:rPr>
          <w:lang w:eastAsia="ja-JP"/>
        </w:rPr>
      </w:pPr>
      <w:r>
        <w:rPr>
          <w:b/>
          <w:sz w:val="28"/>
          <w:lang w:eastAsia="ja-JP"/>
        </w:rPr>
        <w:t>7月・8月分 集計</w:t>
      </w:r>
    </w:p>
    <w:p w14:paraId="5421FDC1" w14:textId="77777777" w:rsidR="00061B7B" w:rsidRDefault="00000000">
      <w:pPr>
        <w:pStyle w:val="1"/>
        <w:rPr>
          <w:lang w:eastAsia="ja-JP"/>
        </w:rPr>
      </w:pPr>
      <w:r>
        <w:rPr>
          <w:lang w:eastAsia="ja-JP"/>
        </w:rPr>
        <w:t>1</w:t>
      </w:r>
      <w:r>
        <w:rPr>
          <w:lang w:eastAsia="ja-JP"/>
        </w:rPr>
        <w:t>．調査概要</w:t>
      </w:r>
    </w:p>
    <w:tbl>
      <w:tblPr>
        <w:tblStyle w:val="afe"/>
        <w:tblW w:w="0" w:type="auto"/>
        <w:jc w:val="center"/>
        <w:tblLook w:val="04A0" w:firstRow="1" w:lastRow="0" w:firstColumn="1" w:lastColumn="0" w:noHBand="0" w:noVBand="1"/>
      </w:tblPr>
      <w:tblGrid>
        <w:gridCol w:w="2384"/>
        <w:gridCol w:w="7830"/>
      </w:tblGrid>
      <w:tr w:rsidR="00061B7B" w14:paraId="0F9DC779" w14:textId="77777777">
        <w:trPr>
          <w:jc w:val="center"/>
        </w:trPr>
        <w:tc>
          <w:tcPr>
            <w:tcW w:w="2448" w:type="dxa"/>
            <w:shd w:val="clear" w:color="auto" w:fill="D9EAF7"/>
            <w:vAlign w:val="center"/>
          </w:tcPr>
          <w:p w14:paraId="3710AFA1" w14:textId="77777777" w:rsidR="00061B7B" w:rsidRDefault="00000000">
            <w:pPr>
              <w:jc w:val="center"/>
            </w:pPr>
            <w:proofErr w:type="spellStart"/>
            <w:r>
              <w:rPr>
                <w:b/>
                <w:sz w:val="18"/>
              </w:rPr>
              <w:t>項目</w:t>
            </w:r>
            <w:proofErr w:type="spellEnd"/>
          </w:p>
        </w:tc>
        <w:tc>
          <w:tcPr>
            <w:tcW w:w="8064" w:type="dxa"/>
            <w:shd w:val="clear" w:color="auto" w:fill="D9EAF7"/>
            <w:vAlign w:val="center"/>
          </w:tcPr>
          <w:p w14:paraId="162E7727" w14:textId="77777777" w:rsidR="00061B7B" w:rsidRDefault="00000000">
            <w:pPr>
              <w:jc w:val="center"/>
            </w:pPr>
            <w:r>
              <w:rPr>
                <w:b/>
                <w:sz w:val="18"/>
              </w:rPr>
              <w:t>内容</w:t>
            </w:r>
          </w:p>
        </w:tc>
      </w:tr>
      <w:tr w:rsidR="00061B7B" w14:paraId="01B9770F" w14:textId="77777777">
        <w:trPr>
          <w:jc w:val="center"/>
        </w:trPr>
        <w:tc>
          <w:tcPr>
            <w:tcW w:w="2448" w:type="dxa"/>
            <w:vAlign w:val="center"/>
          </w:tcPr>
          <w:p w14:paraId="32FA1831" w14:textId="77777777" w:rsidR="00061B7B" w:rsidRDefault="00000000">
            <w:r>
              <w:rPr>
                <w:sz w:val="18"/>
              </w:rPr>
              <w:t>調査対象</w:t>
            </w:r>
          </w:p>
        </w:tc>
        <w:tc>
          <w:tcPr>
            <w:tcW w:w="8064" w:type="dxa"/>
            <w:vAlign w:val="center"/>
          </w:tcPr>
          <w:p w14:paraId="3F7EE239" w14:textId="77777777" w:rsidR="00061B7B" w:rsidRDefault="00000000">
            <w:pPr>
              <w:jc w:val="center"/>
              <w:rPr>
                <w:lang w:eastAsia="ja-JP"/>
              </w:rPr>
            </w:pPr>
            <w:r>
              <w:rPr>
                <w:sz w:val="18"/>
                <w:lang w:eastAsia="ja-JP"/>
              </w:rPr>
              <w:t>令和8年度 横須賀市小学校プール利用者アンケート（7月分・8月分）</w:t>
            </w:r>
          </w:p>
        </w:tc>
      </w:tr>
      <w:tr w:rsidR="00061B7B" w14:paraId="5D3ED70F" w14:textId="77777777">
        <w:trPr>
          <w:jc w:val="center"/>
        </w:trPr>
        <w:tc>
          <w:tcPr>
            <w:tcW w:w="2448" w:type="dxa"/>
            <w:vAlign w:val="center"/>
          </w:tcPr>
          <w:p w14:paraId="43191F77" w14:textId="77777777" w:rsidR="00061B7B" w:rsidRDefault="00000000">
            <w:r>
              <w:rPr>
                <w:sz w:val="18"/>
              </w:rPr>
              <w:t>7月分回答件数</w:t>
            </w:r>
          </w:p>
        </w:tc>
        <w:tc>
          <w:tcPr>
            <w:tcW w:w="8064" w:type="dxa"/>
            <w:vAlign w:val="center"/>
          </w:tcPr>
          <w:p w14:paraId="35D8E7BC" w14:textId="77777777" w:rsidR="00061B7B" w:rsidRDefault="00000000">
            <w:pPr>
              <w:jc w:val="center"/>
            </w:pPr>
            <w:r>
              <w:rPr>
                <w:sz w:val="18"/>
              </w:rPr>
              <w:t>57件</w:t>
            </w:r>
          </w:p>
        </w:tc>
      </w:tr>
      <w:tr w:rsidR="00061B7B" w14:paraId="3CE742B9" w14:textId="77777777">
        <w:trPr>
          <w:jc w:val="center"/>
        </w:trPr>
        <w:tc>
          <w:tcPr>
            <w:tcW w:w="2448" w:type="dxa"/>
            <w:vAlign w:val="center"/>
          </w:tcPr>
          <w:p w14:paraId="4ECD4A64" w14:textId="77777777" w:rsidR="00061B7B" w:rsidRDefault="00000000">
            <w:r>
              <w:rPr>
                <w:sz w:val="18"/>
              </w:rPr>
              <w:t>8月分回答件数</w:t>
            </w:r>
          </w:p>
        </w:tc>
        <w:tc>
          <w:tcPr>
            <w:tcW w:w="8064" w:type="dxa"/>
            <w:vAlign w:val="center"/>
          </w:tcPr>
          <w:p w14:paraId="34ABC668" w14:textId="77777777" w:rsidR="00061B7B" w:rsidRDefault="00000000">
            <w:pPr>
              <w:jc w:val="center"/>
            </w:pPr>
            <w:r>
              <w:rPr>
                <w:sz w:val="18"/>
              </w:rPr>
              <w:t>83件</w:t>
            </w:r>
          </w:p>
        </w:tc>
      </w:tr>
      <w:tr w:rsidR="00061B7B" w14:paraId="45DECEEA" w14:textId="77777777">
        <w:trPr>
          <w:jc w:val="center"/>
        </w:trPr>
        <w:tc>
          <w:tcPr>
            <w:tcW w:w="2448" w:type="dxa"/>
            <w:vAlign w:val="center"/>
          </w:tcPr>
          <w:p w14:paraId="0EF77CDD" w14:textId="77777777" w:rsidR="00061B7B" w:rsidRDefault="00000000">
            <w:r>
              <w:rPr>
                <w:sz w:val="18"/>
              </w:rPr>
              <w:t>合計回答件数</w:t>
            </w:r>
          </w:p>
        </w:tc>
        <w:tc>
          <w:tcPr>
            <w:tcW w:w="8064" w:type="dxa"/>
            <w:vAlign w:val="center"/>
          </w:tcPr>
          <w:p w14:paraId="477DF2F7" w14:textId="77777777" w:rsidR="00061B7B" w:rsidRDefault="00000000">
            <w:pPr>
              <w:jc w:val="center"/>
            </w:pPr>
            <w:r>
              <w:rPr>
                <w:sz w:val="18"/>
              </w:rPr>
              <w:t>140件</w:t>
            </w:r>
          </w:p>
        </w:tc>
      </w:tr>
    </w:tbl>
    <w:p w14:paraId="21F891CB" w14:textId="77777777" w:rsidR="00061B7B" w:rsidRDefault="00000000">
      <w:pPr>
        <w:pStyle w:val="1"/>
      </w:pPr>
      <w:r>
        <w:t>2</w:t>
      </w:r>
      <w:r>
        <w:t>．総合結果</w:t>
      </w:r>
    </w:p>
    <w:p w14:paraId="57FDE552" w14:textId="77777777" w:rsidR="00061B7B" w:rsidRDefault="00000000">
      <w:pPr>
        <w:spacing w:after="80"/>
        <w:rPr>
          <w:lang w:eastAsia="ja-JP"/>
        </w:rPr>
      </w:pPr>
      <w:r>
        <w:rPr>
          <w:lang w:eastAsia="ja-JP"/>
        </w:rPr>
        <w:t>7月・8月分を合わせた回答件数は140件であった。スタッフ対応は両月とも概ね高い評価を得ており、各項目の「良い＋やや良い」は85.5～93.0％であった。再利用意向についても、「思う」「まあ思う」を合わせると、7月56件、8月80件、合計136件となり、全回答件数140件に対して97.1％であった（各月報告書記載の件数を合算）。</w:t>
      </w:r>
    </w:p>
    <w:p w14:paraId="42536D0E" w14:textId="77777777" w:rsidR="00061B7B" w:rsidRDefault="00000000">
      <w:pPr>
        <w:spacing w:after="80"/>
        <w:rPr>
          <w:lang w:eastAsia="ja-JP"/>
        </w:rPr>
      </w:pPr>
      <w:r>
        <w:rPr>
          <w:lang w:eastAsia="ja-JP"/>
        </w:rPr>
        <w:t>一方、衛生面では「プールの中」の「良い＋やや良い」が7月82.5％、8月80.7％で、スタッフ対応と比べると低い結果となった。自由記述にも、プール内の汚れやトイレ・更衣室の清潔さに関する意見がみられた。清掃・衛生管理を継続するとともに、利用者が快適に過ごせる環境づくりが必要である。</w:t>
      </w:r>
    </w:p>
    <w:p w14:paraId="158B8C01" w14:textId="77777777" w:rsidR="00061B7B" w:rsidRDefault="00000000">
      <w:pPr>
        <w:pStyle w:val="1"/>
      </w:pPr>
      <w:r>
        <w:t>3</w:t>
      </w:r>
      <w:r>
        <w:t>．月別回答件数</w:t>
      </w:r>
    </w:p>
    <w:tbl>
      <w:tblPr>
        <w:tblStyle w:val="afe"/>
        <w:tblW w:w="0" w:type="auto"/>
        <w:jc w:val="center"/>
        <w:tblLook w:val="04A0" w:firstRow="1" w:lastRow="0" w:firstColumn="1" w:lastColumn="0" w:noHBand="0" w:noVBand="1"/>
      </w:tblPr>
      <w:tblGrid>
        <w:gridCol w:w="2880"/>
        <w:gridCol w:w="2880"/>
        <w:gridCol w:w="2880"/>
      </w:tblGrid>
      <w:tr w:rsidR="00061B7B" w14:paraId="0F4EBD8F" w14:textId="77777777">
        <w:trPr>
          <w:jc w:val="center"/>
        </w:trPr>
        <w:tc>
          <w:tcPr>
            <w:tcW w:w="2880" w:type="dxa"/>
            <w:shd w:val="clear" w:color="auto" w:fill="D9EAF7"/>
            <w:vAlign w:val="center"/>
          </w:tcPr>
          <w:p w14:paraId="2586B4A4" w14:textId="77777777" w:rsidR="00061B7B" w:rsidRDefault="00000000">
            <w:pPr>
              <w:jc w:val="center"/>
            </w:pPr>
            <w:r>
              <w:rPr>
                <w:b/>
                <w:sz w:val="18"/>
              </w:rPr>
              <w:t>月</w:t>
            </w:r>
          </w:p>
        </w:tc>
        <w:tc>
          <w:tcPr>
            <w:tcW w:w="2880" w:type="dxa"/>
            <w:shd w:val="clear" w:color="auto" w:fill="D9EAF7"/>
            <w:vAlign w:val="center"/>
          </w:tcPr>
          <w:p w14:paraId="3BCCCCD9" w14:textId="77777777" w:rsidR="00061B7B" w:rsidRDefault="00000000">
            <w:pPr>
              <w:jc w:val="center"/>
            </w:pPr>
            <w:r>
              <w:rPr>
                <w:b/>
                <w:sz w:val="18"/>
              </w:rPr>
              <w:t>回答件数</w:t>
            </w:r>
          </w:p>
        </w:tc>
        <w:tc>
          <w:tcPr>
            <w:tcW w:w="2880" w:type="dxa"/>
            <w:shd w:val="clear" w:color="auto" w:fill="D9EAF7"/>
            <w:vAlign w:val="center"/>
          </w:tcPr>
          <w:p w14:paraId="3ADB6F6F" w14:textId="77777777" w:rsidR="00061B7B" w:rsidRDefault="00000000">
            <w:pPr>
              <w:jc w:val="center"/>
            </w:pPr>
            <w:r>
              <w:rPr>
                <w:b/>
                <w:sz w:val="18"/>
              </w:rPr>
              <w:t>構成比</w:t>
            </w:r>
          </w:p>
        </w:tc>
      </w:tr>
      <w:tr w:rsidR="00061B7B" w14:paraId="299FA246" w14:textId="77777777">
        <w:trPr>
          <w:jc w:val="center"/>
        </w:trPr>
        <w:tc>
          <w:tcPr>
            <w:tcW w:w="2880" w:type="dxa"/>
            <w:vAlign w:val="center"/>
          </w:tcPr>
          <w:p w14:paraId="5ACACE52" w14:textId="77777777" w:rsidR="00061B7B" w:rsidRDefault="00000000">
            <w:r>
              <w:rPr>
                <w:sz w:val="18"/>
              </w:rPr>
              <w:t>7月</w:t>
            </w:r>
          </w:p>
        </w:tc>
        <w:tc>
          <w:tcPr>
            <w:tcW w:w="2880" w:type="dxa"/>
            <w:vAlign w:val="center"/>
          </w:tcPr>
          <w:p w14:paraId="315A028C" w14:textId="77777777" w:rsidR="00061B7B" w:rsidRDefault="00000000">
            <w:pPr>
              <w:jc w:val="center"/>
            </w:pPr>
            <w:r>
              <w:rPr>
                <w:sz w:val="18"/>
              </w:rPr>
              <w:t>57件</w:t>
            </w:r>
          </w:p>
        </w:tc>
        <w:tc>
          <w:tcPr>
            <w:tcW w:w="2880" w:type="dxa"/>
            <w:vAlign w:val="center"/>
          </w:tcPr>
          <w:p w14:paraId="652077C5" w14:textId="77777777" w:rsidR="00061B7B" w:rsidRDefault="00000000">
            <w:pPr>
              <w:jc w:val="center"/>
            </w:pPr>
            <w:r>
              <w:rPr>
                <w:sz w:val="18"/>
              </w:rPr>
              <w:t>40.7%</w:t>
            </w:r>
          </w:p>
        </w:tc>
      </w:tr>
      <w:tr w:rsidR="00061B7B" w14:paraId="4BBF4B17" w14:textId="77777777">
        <w:trPr>
          <w:jc w:val="center"/>
        </w:trPr>
        <w:tc>
          <w:tcPr>
            <w:tcW w:w="2880" w:type="dxa"/>
            <w:vAlign w:val="center"/>
          </w:tcPr>
          <w:p w14:paraId="6C212BDF" w14:textId="77777777" w:rsidR="00061B7B" w:rsidRDefault="00000000">
            <w:r>
              <w:rPr>
                <w:sz w:val="18"/>
              </w:rPr>
              <w:t>8月</w:t>
            </w:r>
          </w:p>
        </w:tc>
        <w:tc>
          <w:tcPr>
            <w:tcW w:w="2880" w:type="dxa"/>
            <w:vAlign w:val="center"/>
          </w:tcPr>
          <w:p w14:paraId="4F9CFF0D" w14:textId="77777777" w:rsidR="00061B7B" w:rsidRDefault="00000000">
            <w:pPr>
              <w:jc w:val="center"/>
            </w:pPr>
            <w:r>
              <w:rPr>
                <w:sz w:val="18"/>
              </w:rPr>
              <w:t>83件</w:t>
            </w:r>
          </w:p>
        </w:tc>
        <w:tc>
          <w:tcPr>
            <w:tcW w:w="2880" w:type="dxa"/>
            <w:vAlign w:val="center"/>
          </w:tcPr>
          <w:p w14:paraId="54F16512" w14:textId="77777777" w:rsidR="00061B7B" w:rsidRDefault="00000000">
            <w:pPr>
              <w:jc w:val="center"/>
            </w:pPr>
            <w:r>
              <w:rPr>
                <w:sz w:val="18"/>
              </w:rPr>
              <w:t>59.3%</w:t>
            </w:r>
          </w:p>
        </w:tc>
      </w:tr>
      <w:tr w:rsidR="00061B7B" w14:paraId="1AC1666B" w14:textId="77777777">
        <w:trPr>
          <w:jc w:val="center"/>
        </w:trPr>
        <w:tc>
          <w:tcPr>
            <w:tcW w:w="2880" w:type="dxa"/>
            <w:vAlign w:val="center"/>
          </w:tcPr>
          <w:p w14:paraId="04B08C3F" w14:textId="77777777" w:rsidR="00061B7B" w:rsidRDefault="00000000">
            <w:r>
              <w:rPr>
                <w:sz w:val="18"/>
              </w:rPr>
              <w:t>合計</w:t>
            </w:r>
          </w:p>
        </w:tc>
        <w:tc>
          <w:tcPr>
            <w:tcW w:w="2880" w:type="dxa"/>
            <w:vAlign w:val="center"/>
          </w:tcPr>
          <w:p w14:paraId="04010D08" w14:textId="77777777" w:rsidR="00061B7B" w:rsidRDefault="00000000">
            <w:pPr>
              <w:jc w:val="center"/>
            </w:pPr>
            <w:r>
              <w:rPr>
                <w:sz w:val="18"/>
              </w:rPr>
              <w:t>140件</w:t>
            </w:r>
          </w:p>
        </w:tc>
        <w:tc>
          <w:tcPr>
            <w:tcW w:w="2880" w:type="dxa"/>
            <w:vAlign w:val="center"/>
          </w:tcPr>
          <w:p w14:paraId="375D8B9A" w14:textId="77777777" w:rsidR="00061B7B" w:rsidRDefault="00000000">
            <w:pPr>
              <w:jc w:val="center"/>
            </w:pPr>
            <w:r>
              <w:rPr>
                <w:sz w:val="18"/>
              </w:rPr>
              <w:t>100.0%</w:t>
            </w:r>
          </w:p>
        </w:tc>
      </w:tr>
    </w:tbl>
    <w:p w14:paraId="1E9932FC" w14:textId="77777777" w:rsidR="00061B7B" w:rsidRDefault="00000000">
      <w:pPr>
        <w:pStyle w:val="1"/>
      </w:pPr>
      <w:r>
        <w:t>4</w:t>
      </w:r>
      <w:r>
        <w:t>．利用した小学校</w:t>
      </w:r>
    </w:p>
    <w:p w14:paraId="7645C24A" w14:textId="77777777" w:rsidR="00061B7B" w:rsidRDefault="00000000">
      <w:pPr>
        <w:spacing w:after="80"/>
        <w:rPr>
          <w:lang w:eastAsia="ja-JP"/>
        </w:rPr>
      </w:pPr>
      <w:r>
        <w:rPr>
          <w:lang w:eastAsia="ja-JP"/>
        </w:rPr>
        <w:t>各月報告書に記載された学校別件数を合算した。8月分の学校名未記入3件は、学校別内訳から除外している。</w:t>
      </w:r>
    </w:p>
    <w:tbl>
      <w:tblPr>
        <w:tblStyle w:val="afe"/>
        <w:tblW w:w="0" w:type="auto"/>
        <w:jc w:val="center"/>
        <w:tblLook w:val="04A0" w:firstRow="1" w:lastRow="0" w:firstColumn="1" w:lastColumn="0" w:noHBand="0" w:noVBand="1"/>
      </w:tblPr>
      <w:tblGrid>
        <w:gridCol w:w="4032"/>
        <w:gridCol w:w="1584"/>
        <w:gridCol w:w="1584"/>
        <w:gridCol w:w="1728"/>
      </w:tblGrid>
      <w:tr w:rsidR="00061B7B" w14:paraId="7C618450" w14:textId="77777777">
        <w:trPr>
          <w:jc w:val="center"/>
        </w:trPr>
        <w:tc>
          <w:tcPr>
            <w:tcW w:w="4032" w:type="dxa"/>
            <w:shd w:val="clear" w:color="auto" w:fill="D9EAF7"/>
            <w:vAlign w:val="center"/>
          </w:tcPr>
          <w:p w14:paraId="6D3B7B6E" w14:textId="77777777" w:rsidR="00061B7B" w:rsidRDefault="00000000">
            <w:pPr>
              <w:jc w:val="center"/>
            </w:pPr>
            <w:proofErr w:type="spellStart"/>
            <w:r>
              <w:rPr>
                <w:b/>
                <w:sz w:val="16"/>
              </w:rPr>
              <w:t>小学校</w:t>
            </w:r>
            <w:proofErr w:type="spellEnd"/>
          </w:p>
        </w:tc>
        <w:tc>
          <w:tcPr>
            <w:tcW w:w="1584" w:type="dxa"/>
            <w:shd w:val="clear" w:color="auto" w:fill="D9EAF7"/>
            <w:vAlign w:val="center"/>
          </w:tcPr>
          <w:p w14:paraId="1DFB1031" w14:textId="77777777" w:rsidR="00061B7B" w:rsidRDefault="00000000">
            <w:pPr>
              <w:jc w:val="center"/>
            </w:pPr>
            <w:r>
              <w:rPr>
                <w:b/>
                <w:sz w:val="16"/>
              </w:rPr>
              <w:t>7月</w:t>
            </w:r>
          </w:p>
        </w:tc>
        <w:tc>
          <w:tcPr>
            <w:tcW w:w="1584" w:type="dxa"/>
            <w:shd w:val="clear" w:color="auto" w:fill="D9EAF7"/>
            <w:vAlign w:val="center"/>
          </w:tcPr>
          <w:p w14:paraId="43A8EA90" w14:textId="77777777" w:rsidR="00061B7B" w:rsidRDefault="00000000">
            <w:pPr>
              <w:jc w:val="center"/>
            </w:pPr>
            <w:r>
              <w:rPr>
                <w:b/>
                <w:sz w:val="16"/>
              </w:rPr>
              <w:t>8月</w:t>
            </w:r>
          </w:p>
        </w:tc>
        <w:tc>
          <w:tcPr>
            <w:tcW w:w="1728" w:type="dxa"/>
            <w:shd w:val="clear" w:color="auto" w:fill="D9EAF7"/>
            <w:vAlign w:val="center"/>
          </w:tcPr>
          <w:p w14:paraId="423B6A15" w14:textId="77777777" w:rsidR="00061B7B" w:rsidRDefault="00000000">
            <w:pPr>
              <w:jc w:val="center"/>
            </w:pPr>
            <w:r>
              <w:rPr>
                <w:b/>
                <w:sz w:val="16"/>
              </w:rPr>
              <w:t>合計</w:t>
            </w:r>
          </w:p>
        </w:tc>
      </w:tr>
      <w:tr w:rsidR="00061B7B" w14:paraId="5572DF8B" w14:textId="77777777">
        <w:trPr>
          <w:jc w:val="center"/>
        </w:trPr>
        <w:tc>
          <w:tcPr>
            <w:tcW w:w="4032" w:type="dxa"/>
            <w:vAlign w:val="center"/>
          </w:tcPr>
          <w:p w14:paraId="441DE55A" w14:textId="77777777" w:rsidR="00061B7B" w:rsidRDefault="00000000">
            <w:r>
              <w:rPr>
                <w:sz w:val="16"/>
              </w:rPr>
              <w:t>小原台小学校</w:t>
            </w:r>
          </w:p>
        </w:tc>
        <w:tc>
          <w:tcPr>
            <w:tcW w:w="1584" w:type="dxa"/>
            <w:vAlign w:val="center"/>
          </w:tcPr>
          <w:p w14:paraId="49F483F0" w14:textId="581F4B70" w:rsidR="00061B7B" w:rsidRDefault="00000000">
            <w:pPr>
              <w:jc w:val="center"/>
            </w:pPr>
            <w:r>
              <w:rPr>
                <w:sz w:val="16"/>
              </w:rPr>
              <w:t>8</w:t>
            </w:r>
            <w:r w:rsidR="00FC25B7">
              <w:rPr>
                <w:rFonts w:hint="eastAsia"/>
                <w:sz w:val="16"/>
                <w:lang w:eastAsia="ja-JP"/>
              </w:rPr>
              <w:t>件</w:t>
            </w:r>
          </w:p>
        </w:tc>
        <w:tc>
          <w:tcPr>
            <w:tcW w:w="1584" w:type="dxa"/>
            <w:vAlign w:val="center"/>
          </w:tcPr>
          <w:p w14:paraId="44766AA6" w14:textId="7ADE6F68" w:rsidR="00061B7B" w:rsidRDefault="00000000">
            <w:pPr>
              <w:jc w:val="center"/>
            </w:pPr>
            <w:r>
              <w:rPr>
                <w:sz w:val="16"/>
              </w:rPr>
              <w:t>37</w:t>
            </w:r>
            <w:r w:rsidR="00FC25B7">
              <w:rPr>
                <w:rFonts w:hint="eastAsia"/>
                <w:sz w:val="16"/>
                <w:lang w:eastAsia="ja-JP"/>
              </w:rPr>
              <w:t>件</w:t>
            </w:r>
          </w:p>
        </w:tc>
        <w:tc>
          <w:tcPr>
            <w:tcW w:w="1728" w:type="dxa"/>
            <w:vAlign w:val="center"/>
          </w:tcPr>
          <w:p w14:paraId="0DE641B1" w14:textId="1448A499" w:rsidR="00061B7B" w:rsidRDefault="00000000">
            <w:pPr>
              <w:jc w:val="center"/>
            </w:pPr>
            <w:r>
              <w:rPr>
                <w:sz w:val="16"/>
              </w:rPr>
              <w:t>45</w:t>
            </w:r>
            <w:r w:rsidR="00FC25B7">
              <w:rPr>
                <w:rFonts w:hint="eastAsia"/>
                <w:sz w:val="16"/>
                <w:lang w:eastAsia="ja-JP"/>
              </w:rPr>
              <w:t>件</w:t>
            </w:r>
          </w:p>
        </w:tc>
      </w:tr>
      <w:tr w:rsidR="00061B7B" w14:paraId="67658349" w14:textId="77777777">
        <w:trPr>
          <w:jc w:val="center"/>
        </w:trPr>
        <w:tc>
          <w:tcPr>
            <w:tcW w:w="4032" w:type="dxa"/>
            <w:vAlign w:val="center"/>
          </w:tcPr>
          <w:p w14:paraId="32F6B2D6" w14:textId="77777777" w:rsidR="00061B7B" w:rsidRDefault="00000000">
            <w:r>
              <w:rPr>
                <w:sz w:val="16"/>
              </w:rPr>
              <w:t>神明小学校</w:t>
            </w:r>
          </w:p>
        </w:tc>
        <w:tc>
          <w:tcPr>
            <w:tcW w:w="1584" w:type="dxa"/>
            <w:vAlign w:val="center"/>
          </w:tcPr>
          <w:p w14:paraId="3D377F54" w14:textId="0E231FC0" w:rsidR="00061B7B" w:rsidRDefault="00000000">
            <w:pPr>
              <w:jc w:val="center"/>
            </w:pPr>
            <w:r>
              <w:rPr>
                <w:sz w:val="16"/>
              </w:rPr>
              <w:t>14</w:t>
            </w:r>
            <w:r w:rsidR="00FC25B7">
              <w:rPr>
                <w:rFonts w:hint="eastAsia"/>
                <w:sz w:val="16"/>
                <w:lang w:eastAsia="ja-JP"/>
              </w:rPr>
              <w:t>件</w:t>
            </w:r>
          </w:p>
        </w:tc>
        <w:tc>
          <w:tcPr>
            <w:tcW w:w="1584" w:type="dxa"/>
            <w:vAlign w:val="center"/>
          </w:tcPr>
          <w:p w14:paraId="151C8D37" w14:textId="459B88DD" w:rsidR="00061B7B" w:rsidRDefault="00000000">
            <w:pPr>
              <w:jc w:val="center"/>
            </w:pPr>
            <w:r>
              <w:rPr>
                <w:sz w:val="16"/>
              </w:rPr>
              <w:t>13</w:t>
            </w:r>
            <w:r w:rsidR="00FC25B7">
              <w:rPr>
                <w:rFonts w:hint="eastAsia"/>
                <w:sz w:val="16"/>
                <w:lang w:eastAsia="ja-JP"/>
              </w:rPr>
              <w:t>件</w:t>
            </w:r>
          </w:p>
        </w:tc>
        <w:tc>
          <w:tcPr>
            <w:tcW w:w="1728" w:type="dxa"/>
            <w:vAlign w:val="center"/>
          </w:tcPr>
          <w:p w14:paraId="03622657" w14:textId="38724EDF" w:rsidR="00061B7B" w:rsidRDefault="00000000">
            <w:pPr>
              <w:jc w:val="center"/>
            </w:pPr>
            <w:r>
              <w:rPr>
                <w:sz w:val="16"/>
              </w:rPr>
              <w:t>27</w:t>
            </w:r>
            <w:r w:rsidR="00FC25B7">
              <w:rPr>
                <w:rFonts w:hint="eastAsia"/>
                <w:sz w:val="16"/>
                <w:lang w:eastAsia="ja-JP"/>
              </w:rPr>
              <w:t>件</w:t>
            </w:r>
          </w:p>
        </w:tc>
      </w:tr>
      <w:tr w:rsidR="00061B7B" w14:paraId="1C3BF541" w14:textId="77777777">
        <w:trPr>
          <w:jc w:val="center"/>
        </w:trPr>
        <w:tc>
          <w:tcPr>
            <w:tcW w:w="4032" w:type="dxa"/>
            <w:vAlign w:val="center"/>
          </w:tcPr>
          <w:p w14:paraId="3C6A83C0" w14:textId="77777777" w:rsidR="00061B7B" w:rsidRDefault="00000000">
            <w:r>
              <w:rPr>
                <w:sz w:val="16"/>
              </w:rPr>
              <w:t>城北小学校</w:t>
            </w:r>
          </w:p>
        </w:tc>
        <w:tc>
          <w:tcPr>
            <w:tcW w:w="1584" w:type="dxa"/>
            <w:vAlign w:val="center"/>
          </w:tcPr>
          <w:p w14:paraId="5D4D3CBB" w14:textId="14994B35" w:rsidR="00061B7B" w:rsidRDefault="00000000">
            <w:pPr>
              <w:jc w:val="center"/>
            </w:pPr>
            <w:r>
              <w:rPr>
                <w:sz w:val="16"/>
              </w:rPr>
              <w:t>16</w:t>
            </w:r>
            <w:r w:rsidR="00FC25B7">
              <w:rPr>
                <w:rFonts w:hint="eastAsia"/>
                <w:sz w:val="16"/>
                <w:lang w:eastAsia="ja-JP"/>
              </w:rPr>
              <w:t>件</w:t>
            </w:r>
          </w:p>
        </w:tc>
        <w:tc>
          <w:tcPr>
            <w:tcW w:w="1584" w:type="dxa"/>
            <w:vAlign w:val="center"/>
          </w:tcPr>
          <w:p w14:paraId="771FC5EB" w14:textId="2C3342EF" w:rsidR="00061B7B" w:rsidRDefault="00000000">
            <w:pPr>
              <w:jc w:val="center"/>
            </w:pPr>
            <w:r>
              <w:rPr>
                <w:sz w:val="16"/>
              </w:rPr>
              <w:t>13</w:t>
            </w:r>
            <w:r w:rsidR="00FC25B7">
              <w:rPr>
                <w:rFonts w:hint="eastAsia"/>
                <w:sz w:val="16"/>
                <w:lang w:eastAsia="ja-JP"/>
              </w:rPr>
              <w:t>件</w:t>
            </w:r>
          </w:p>
        </w:tc>
        <w:tc>
          <w:tcPr>
            <w:tcW w:w="1728" w:type="dxa"/>
            <w:vAlign w:val="center"/>
          </w:tcPr>
          <w:p w14:paraId="18F8CF78" w14:textId="0050D7C5" w:rsidR="00061B7B" w:rsidRDefault="00000000">
            <w:pPr>
              <w:jc w:val="center"/>
            </w:pPr>
            <w:r>
              <w:rPr>
                <w:sz w:val="16"/>
              </w:rPr>
              <w:t>29</w:t>
            </w:r>
            <w:r w:rsidR="00FC25B7">
              <w:rPr>
                <w:rFonts w:hint="eastAsia"/>
                <w:sz w:val="16"/>
                <w:lang w:eastAsia="ja-JP"/>
              </w:rPr>
              <w:t>件</w:t>
            </w:r>
          </w:p>
        </w:tc>
      </w:tr>
      <w:tr w:rsidR="00061B7B" w14:paraId="1B5076B9" w14:textId="77777777">
        <w:trPr>
          <w:jc w:val="center"/>
        </w:trPr>
        <w:tc>
          <w:tcPr>
            <w:tcW w:w="4032" w:type="dxa"/>
            <w:vAlign w:val="center"/>
          </w:tcPr>
          <w:p w14:paraId="433C7D1B" w14:textId="77777777" w:rsidR="00061B7B" w:rsidRDefault="00000000">
            <w:r>
              <w:rPr>
                <w:sz w:val="16"/>
              </w:rPr>
              <w:t>根岸小学校</w:t>
            </w:r>
          </w:p>
        </w:tc>
        <w:tc>
          <w:tcPr>
            <w:tcW w:w="1584" w:type="dxa"/>
            <w:vAlign w:val="center"/>
          </w:tcPr>
          <w:p w14:paraId="02983B05" w14:textId="7320967D" w:rsidR="00061B7B" w:rsidRDefault="00000000">
            <w:pPr>
              <w:jc w:val="center"/>
            </w:pPr>
            <w:r>
              <w:rPr>
                <w:sz w:val="16"/>
              </w:rPr>
              <w:t>16</w:t>
            </w:r>
            <w:r w:rsidR="00FC25B7">
              <w:rPr>
                <w:rFonts w:hint="eastAsia"/>
                <w:sz w:val="16"/>
                <w:lang w:eastAsia="ja-JP"/>
              </w:rPr>
              <w:t>件</w:t>
            </w:r>
          </w:p>
        </w:tc>
        <w:tc>
          <w:tcPr>
            <w:tcW w:w="1584" w:type="dxa"/>
            <w:vAlign w:val="center"/>
          </w:tcPr>
          <w:p w14:paraId="251CE9DD" w14:textId="3BA7B764" w:rsidR="00061B7B" w:rsidRDefault="00000000">
            <w:pPr>
              <w:jc w:val="center"/>
            </w:pPr>
            <w:r>
              <w:rPr>
                <w:sz w:val="16"/>
              </w:rPr>
              <w:t>3</w:t>
            </w:r>
            <w:r w:rsidR="00FC25B7">
              <w:rPr>
                <w:rFonts w:hint="eastAsia"/>
                <w:sz w:val="16"/>
                <w:lang w:eastAsia="ja-JP"/>
              </w:rPr>
              <w:t>件</w:t>
            </w:r>
          </w:p>
        </w:tc>
        <w:tc>
          <w:tcPr>
            <w:tcW w:w="1728" w:type="dxa"/>
            <w:vAlign w:val="center"/>
          </w:tcPr>
          <w:p w14:paraId="61447BDB" w14:textId="1F224229" w:rsidR="00061B7B" w:rsidRDefault="00000000">
            <w:pPr>
              <w:jc w:val="center"/>
            </w:pPr>
            <w:r>
              <w:rPr>
                <w:sz w:val="16"/>
              </w:rPr>
              <w:t>19</w:t>
            </w:r>
            <w:r w:rsidR="00FC25B7">
              <w:rPr>
                <w:rFonts w:hint="eastAsia"/>
                <w:sz w:val="16"/>
                <w:lang w:eastAsia="ja-JP"/>
              </w:rPr>
              <w:t>件</w:t>
            </w:r>
          </w:p>
        </w:tc>
      </w:tr>
      <w:tr w:rsidR="00061B7B" w14:paraId="55BBC1F5" w14:textId="77777777">
        <w:trPr>
          <w:jc w:val="center"/>
        </w:trPr>
        <w:tc>
          <w:tcPr>
            <w:tcW w:w="4032" w:type="dxa"/>
            <w:vAlign w:val="center"/>
          </w:tcPr>
          <w:p w14:paraId="78E75BD7" w14:textId="77777777" w:rsidR="00061B7B" w:rsidRDefault="00000000">
            <w:r>
              <w:rPr>
                <w:sz w:val="16"/>
              </w:rPr>
              <w:t>長井小学校</w:t>
            </w:r>
          </w:p>
        </w:tc>
        <w:tc>
          <w:tcPr>
            <w:tcW w:w="1584" w:type="dxa"/>
            <w:vAlign w:val="center"/>
          </w:tcPr>
          <w:p w14:paraId="5EBB2FA1" w14:textId="3C213D50" w:rsidR="00061B7B" w:rsidRDefault="00000000">
            <w:pPr>
              <w:jc w:val="center"/>
            </w:pPr>
            <w:r>
              <w:rPr>
                <w:sz w:val="16"/>
              </w:rPr>
              <w:t>0</w:t>
            </w:r>
            <w:r w:rsidR="00FC25B7">
              <w:rPr>
                <w:rFonts w:hint="eastAsia"/>
                <w:sz w:val="16"/>
                <w:lang w:eastAsia="ja-JP"/>
              </w:rPr>
              <w:t>件</w:t>
            </w:r>
          </w:p>
        </w:tc>
        <w:tc>
          <w:tcPr>
            <w:tcW w:w="1584" w:type="dxa"/>
            <w:vAlign w:val="center"/>
          </w:tcPr>
          <w:p w14:paraId="4E1F1C50" w14:textId="35208554" w:rsidR="00061B7B" w:rsidRDefault="00000000">
            <w:pPr>
              <w:jc w:val="center"/>
            </w:pPr>
            <w:r>
              <w:rPr>
                <w:sz w:val="16"/>
              </w:rPr>
              <w:t>8</w:t>
            </w:r>
            <w:r w:rsidR="00FC25B7">
              <w:rPr>
                <w:rFonts w:hint="eastAsia"/>
                <w:sz w:val="16"/>
                <w:lang w:eastAsia="ja-JP"/>
              </w:rPr>
              <w:t>件</w:t>
            </w:r>
          </w:p>
        </w:tc>
        <w:tc>
          <w:tcPr>
            <w:tcW w:w="1728" w:type="dxa"/>
            <w:vAlign w:val="center"/>
          </w:tcPr>
          <w:p w14:paraId="1A8E0753" w14:textId="6C0F399E" w:rsidR="00061B7B" w:rsidRDefault="00000000">
            <w:pPr>
              <w:jc w:val="center"/>
            </w:pPr>
            <w:r>
              <w:rPr>
                <w:sz w:val="16"/>
              </w:rPr>
              <w:t>8</w:t>
            </w:r>
            <w:r w:rsidR="00FC25B7">
              <w:rPr>
                <w:rFonts w:hint="eastAsia"/>
                <w:sz w:val="16"/>
                <w:lang w:eastAsia="ja-JP"/>
              </w:rPr>
              <w:t>件</w:t>
            </w:r>
          </w:p>
        </w:tc>
      </w:tr>
      <w:tr w:rsidR="00061B7B" w14:paraId="19D849FF" w14:textId="77777777">
        <w:trPr>
          <w:jc w:val="center"/>
        </w:trPr>
        <w:tc>
          <w:tcPr>
            <w:tcW w:w="4032" w:type="dxa"/>
            <w:vAlign w:val="center"/>
          </w:tcPr>
          <w:p w14:paraId="1F0CC6CC" w14:textId="77777777" w:rsidR="00061B7B" w:rsidRDefault="00000000">
            <w:r>
              <w:rPr>
                <w:sz w:val="16"/>
              </w:rPr>
              <w:t>長浦小学校</w:t>
            </w:r>
          </w:p>
        </w:tc>
        <w:tc>
          <w:tcPr>
            <w:tcW w:w="1584" w:type="dxa"/>
            <w:vAlign w:val="center"/>
          </w:tcPr>
          <w:p w14:paraId="48333E13" w14:textId="7FB41F49" w:rsidR="00061B7B" w:rsidRDefault="00000000">
            <w:pPr>
              <w:jc w:val="center"/>
            </w:pPr>
            <w:r>
              <w:rPr>
                <w:sz w:val="16"/>
              </w:rPr>
              <w:t>0</w:t>
            </w:r>
            <w:r w:rsidR="00FC25B7">
              <w:rPr>
                <w:rFonts w:hint="eastAsia"/>
                <w:sz w:val="16"/>
                <w:lang w:eastAsia="ja-JP"/>
              </w:rPr>
              <w:t>件</w:t>
            </w:r>
          </w:p>
        </w:tc>
        <w:tc>
          <w:tcPr>
            <w:tcW w:w="1584" w:type="dxa"/>
            <w:vAlign w:val="center"/>
          </w:tcPr>
          <w:p w14:paraId="70E1410E" w14:textId="63CC7139" w:rsidR="00061B7B" w:rsidRDefault="00000000">
            <w:pPr>
              <w:jc w:val="center"/>
            </w:pPr>
            <w:r>
              <w:rPr>
                <w:sz w:val="16"/>
              </w:rPr>
              <w:t>3</w:t>
            </w:r>
            <w:r w:rsidR="00FC25B7">
              <w:rPr>
                <w:rFonts w:hint="eastAsia"/>
                <w:sz w:val="16"/>
                <w:lang w:eastAsia="ja-JP"/>
              </w:rPr>
              <w:t>件</w:t>
            </w:r>
          </w:p>
        </w:tc>
        <w:tc>
          <w:tcPr>
            <w:tcW w:w="1728" w:type="dxa"/>
            <w:vAlign w:val="center"/>
          </w:tcPr>
          <w:p w14:paraId="0C89B458" w14:textId="19A863F4" w:rsidR="00061B7B" w:rsidRDefault="00000000">
            <w:pPr>
              <w:jc w:val="center"/>
            </w:pPr>
            <w:r>
              <w:rPr>
                <w:sz w:val="16"/>
              </w:rPr>
              <w:t>3</w:t>
            </w:r>
            <w:r w:rsidR="00FC25B7">
              <w:rPr>
                <w:rFonts w:hint="eastAsia"/>
                <w:sz w:val="16"/>
                <w:lang w:eastAsia="ja-JP"/>
              </w:rPr>
              <w:t>件</w:t>
            </w:r>
          </w:p>
        </w:tc>
      </w:tr>
      <w:tr w:rsidR="00061B7B" w14:paraId="3E24742E" w14:textId="77777777">
        <w:trPr>
          <w:jc w:val="center"/>
        </w:trPr>
        <w:tc>
          <w:tcPr>
            <w:tcW w:w="4032" w:type="dxa"/>
            <w:vAlign w:val="center"/>
          </w:tcPr>
          <w:p w14:paraId="199B6DB1" w14:textId="77777777" w:rsidR="00061B7B" w:rsidRDefault="00000000">
            <w:r>
              <w:rPr>
                <w:sz w:val="16"/>
              </w:rPr>
              <w:t>鷹取小学校</w:t>
            </w:r>
          </w:p>
        </w:tc>
        <w:tc>
          <w:tcPr>
            <w:tcW w:w="1584" w:type="dxa"/>
            <w:vAlign w:val="center"/>
          </w:tcPr>
          <w:p w14:paraId="7ACBDFA9" w14:textId="1BF0CB4E" w:rsidR="00061B7B" w:rsidRDefault="00000000">
            <w:pPr>
              <w:jc w:val="center"/>
            </w:pPr>
            <w:r>
              <w:rPr>
                <w:sz w:val="16"/>
              </w:rPr>
              <w:t>3</w:t>
            </w:r>
            <w:r w:rsidR="00FC25B7">
              <w:rPr>
                <w:rFonts w:hint="eastAsia"/>
                <w:sz w:val="16"/>
                <w:lang w:eastAsia="ja-JP"/>
              </w:rPr>
              <w:t>件</w:t>
            </w:r>
          </w:p>
        </w:tc>
        <w:tc>
          <w:tcPr>
            <w:tcW w:w="1584" w:type="dxa"/>
            <w:vAlign w:val="center"/>
          </w:tcPr>
          <w:p w14:paraId="7A5057B8" w14:textId="711F960D" w:rsidR="00061B7B" w:rsidRDefault="00000000">
            <w:pPr>
              <w:jc w:val="center"/>
            </w:pPr>
            <w:r>
              <w:rPr>
                <w:sz w:val="16"/>
              </w:rPr>
              <w:t>1</w:t>
            </w:r>
            <w:r w:rsidR="00FC25B7">
              <w:rPr>
                <w:rFonts w:hint="eastAsia"/>
                <w:sz w:val="16"/>
                <w:lang w:eastAsia="ja-JP"/>
              </w:rPr>
              <w:t>件</w:t>
            </w:r>
          </w:p>
        </w:tc>
        <w:tc>
          <w:tcPr>
            <w:tcW w:w="1728" w:type="dxa"/>
            <w:vAlign w:val="center"/>
          </w:tcPr>
          <w:p w14:paraId="77421B76" w14:textId="21461BE2" w:rsidR="00061B7B" w:rsidRDefault="00000000">
            <w:pPr>
              <w:jc w:val="center"/>
            </w:pPr>
            <w:r>
              <w:rPr>
                <w:sz w:val="16"/>
              </w:rPr>
              <w:t>4</w:t>
            </w:r>
            <w:r w:rsidR="00FC25B7">
              <w:rPr>
                <w:rFonts w:hint="eastAsia"/>
                <w:sz w:val="16"/>
                <w:lang w:eastAsia="ja-JP"/>
              </w:rPr>
              <w:t>件</w:t>
            </w:r>
          </w:p>
        </w:tc>
      </w:tr>
      <w:tr w:rsidR="00061B7B" w14:paraId="25DC3B64" w14:textId="77777777">
        <w:trPr>
          <w:jc w:val="center"/>
        </w:trPr>
        <w:tc>
          <w:tcPr>
            <w:tcW w:w="4032" w:type="dxa"/>
            <w:vAlign w:val="center"/>
          </w:tcPr>
          <w:p w14:paraId="1789DB5C" w14:textId="77777777" w:rsidR="00061B7B" w:rsidRDefault="00000000">
            <w:r>
              <w:rPr>
                <w:sz w:val="16"/>
              </w:rPr>
              <w:t>高坂小学校</w:t>
            </w:r>
          </w:p>
        </w:tc>
        <w:tc>
          <w:tcPr>
            <w:tcW w:w="1584" w:type="dxa"/>
            <w:vAlign w:val="center"/>
          </w:tcPr>
          <w:p w14:paraId="1EB11950" w14:textId="20774DCF" w:rsidR="00061B7B" w:rsidRDefault="00000000">
            <w:pPr>
              <w:jc w:val="center"/>
            </w:pPr>
            <w:r>
              <w:rPr>
                <w:sz w:val="16"/>
              </w:rPr>
              <w:t>0</w:t>
            </w:r>
            <w:r w:rsidR="00FC25B7">
              <w:rPr>
                <w:rFonts w:hint="eastAsia"/>
                <w:sz w:val="16"/>
                <w:lang w:eastAsia="ja-JP"/>
              </w:rPr>
              <w:t>件</w:t>
            </w:r>
          </w:p>
        </w:tc>
        <w:tc>
          <w:tcPr>
            <w:tcW w:w="1584" w:type="dxa"/>
            <w:vAlign w:val="center"/>
          </w:tcPr>
          <w:p w14:paraId="0B24D115" w14:textId="5343F51F" w:rsidR="00061B7B" w:rsidRDefault="00000000">
            <w:pPr>
              <w:jc w:val="center"/>
            </w:pPr>
            <w:r>
              <w:rPr>
                <w:sz w:val="16"/>
              </w:rPr>
              <w:t>2</w:t>
            </w:r>
            <w:r w:rsidR="00FC25B7">
              <w:rPr>
                <w:rFonts w:hint="eastAsia"/>
                <w:sz w:val="16"/>
                <w:lang w:eastAsia="ja-JP"/>
              </w:rPr>
              <w:t>件</w:t>
            </w:r>
          </w:p>
        </w:tc>
        <w:tc>
          <w:tcPr>
            <w:tcW w:w="1728" w:type="dxa"/>
            <w:vAlign w:val="center"/>
          </w:tcPr>
          <w:p w14:paraId="1E75BCE4" w14:textId="52D3C554" w:rsidR="00061B7B" w:rsidRDefault="00000000">
            <w:pPr>
              <w:jc w:val="center"/>
            </w:pPr>
            <w:r>
              <w:rPr>
                <w:sz w:val="16"/>
              </w:rPr>
              <w:t>2</w:t>
            </w:r>
            <w:r w:rsidR="00FC25B7">
              <w:rPr>
                <w:rFonts w:hint="eastAsia"/>
                <w:sz w:val="16"/>
                <w:lang w:eastAsia="ja-JP"/>
              </w:rPr>
              <w:t>件</w:t>
            </w:r>
          </w:p>
        </w:tc>
      </w:tr>
      <w:tr w:rsidR="00061B7B" w14:paraId="2357FDE3" w14:textId="77777777">
        <w:trPr>
          <w:jc w:val="center"/>
        </w:trPr>
        <w:tc>
          <w:tcPr>
            <w:tcW w:w="4032" w:type="dxa"/>
            <w:vAlign w:val="center"/>
          </w:tcPr>
          <w:p w14:paraId="0CDF2686" w14:textId="77777777" w:rsidR="00061B7B" w:rsidRDefault="00000000">
            <w:r>
              <w:rPr>
                <w:sz w:val="16"/>
              </w:rPr>
              <w:t>学校名未記入</w:t>
            </w:r>
          </w:p>
        </w:tc>
        <w:tc>
          <w:tcPr>
            <w:tcW w:w="1584" w:type="dxa"/>
            <w:vAlign w:val="center"/>
          </w:tcPr>
          <w:p w14:paraId="67D5A92F" w14:textId="08F7AB67" w:rsidR="00061B7B" w:rsidRDefault="00000000">
            <w:pPr>
              <w:jc w:val="center"/>
            </w:pPr>
            <w:r>
              <w:rPr>
                <w:sz w:val="16"/>
              </w:rPr>
              <w:t>0</w:t>
            </w:r>
            <w:r w:rsidR="00FC25B7">
              <w:rPr>
                <w:rFonts w:hint="eastAsia"/>
                <w:sz w:val="16"/>
                <w:lang w:eastAsia="ja-JP"/>
              </w:rPr>
              <w:t>件</w:t>
            </w:r>
          </w:p>
        </w:tc>
        <w:tc>
          <w:tcPr>
            <w:tcW w:w="1584" w:type="dxa"/>
            <w:vAlign w:val="center"/>
          </w:tcPr>
          <w:p w14:paraId="0AC86D5C" w14:textId="696E9B2D" w:rsidR="00061B7B" w:rsidRDefault="00000000">
            <w:pPr>
              <w:jc w:val="center"/>
            </w:pPr>
            <w:r>
              <w:rPr>
                <w:sz w:val="16"/>
              </w:rPr>
              <w:t>3</w:t>
            </w:r>
            <w:r w:rsidR="00FC25B7">
              <w:rPr>
                <w:rFonts w:hint="eastAsia"/>
                <w:sz w:val="16"/>
                <w:lang w:eastAsia="ja-JP"/>
              </w:rPr>
              <w:t>件</w:t>
            </w:r>
          </w:p>
        </w:tc>
        <w:tc>
          <w:tcPr>
            <w:tcW w:w="1728" w:type="dxa"/>
            <w:vAlign w:val="center"/>
          </w:tcPr>
          <w:p w14:paraId="46180A82" w14:textId="336207D8" w:rsidR="00061B7B" w:rsidRDefault="00000000">
            <w:pPr>
              <w:jc w:val="center"/>
            </w:pPr>
            <w:r>
              <w:rPr>
                <w:sz w:val="16"/>
              </w:rPr>
              <w:t>3</w:t>
            </w:r>
            <w:r w:rsidR="00FC25B7">
              <w:rPr>
                <w:rFonts w:hint="eastAsia"/>
                <w:sz w:val="16"/>
                <w:lang w:eastAsia="ja-JP"/>
              </w:rPr>
              <w:t>件</w:t>
            </w:r>
          </w:p>
        </w:tc>
      </w:tr>
      <w:tr w:rsidR="00061B7B" w14:paraId="2D966C87" w14:textId="77777777">
        <w:trPr>
          <w:jc w:val="center"/>
        </w:trPr>
        <w:tc>
          <w:tcPr>
            <w:tcW w:w="4032" w:type="dxa"/>
            <w:vAlign w:val="center"/>
          </w:tcPr>
          <w:p w14:paraId="01B3AD15" w14:textId="77777777" w:rsidR="00061B7B" w:rsidRDefault="00000000">
            <w:r>
              <w:rPr>
                <w:sz w:val="16"/>
              </w:rPr>
              <w:t>合計（報告書記載分）</w:t>
            </w:r>
          </w:p>
        </w:tc>
        <w:tc>
          <w:tcPr>
            <w:tcW w:w="1584" w:type="dxa"/>
            <w:vAlign w:val="center"/>
          </w:tcPr>
          <w:p w14:paraId="6503BA45" w14:textId="443A3B09" w:rsidR="00061B7B" w:rsidRDefault="00000000">
            <w:pPr>
              <w:jc w:val="center"/>
            </w:pPr>
            <w:r>
              <w:rPr>
                <w:sz w:val="16"/>
              </w:rPr>
              <w:t>57</w:t>
            </w:r>
            <w:r w:rsidR="00FC25B7">
              <w:rPr>
                <w:rFonts w:hint="eastAsia"/>
                <w:sz w:val="16"/>
                <w:lang w:eastAsia="ja-JP"/>
              </w:rPr>
              <w:t>件</w:t>
            </w:r>
          </w:p>
        </w:tc>
        <w:tc>
          <w:tcPr>
            <w:tcW w:w="1584" w:type="dxa"/>
            <w:vAlign w:val="center"/>
          </w:tcPr>
          <w:p w14:paraId="5B0DD963" w14:textId="374EE9DD" w:rsidR="00061B7B" w:rsidRDefault="00000000">
            <w:pPr>
              <w:jc w:val="center"/>
              <w:rPr>
                <w:lang w:eastAsia="ja-JP"/>
              </w:rPr>
            </w:pPr>
            <w:r>
              <w:rPr>
                <w:sz w:val="16"/>
                <w:lang w:eastAsia="ja-JP"/>
              </w:rPr>
              <w:t>83</w:t>
            </w:r>
            <w:r w:rsidR="00FC25B7">
              <w:rPr>
                <w:rFonts w:hint="eastAsia"/>
                <w:sz w:val="16"/>
                <w:lang w:eastAsia="ja-JP"/>
              </w:rPr>
              <w:t>件</w:t>
            </w:r>
          </w:p>
        </w:tc>
        <w:tc>
          <w:tcPr>
            <w:tcW w:w="1728" w:type="dxa"/>
            <w:vAlign w:val="center"/>
          </w:tcPr>
          <w:p w14:paraId="3D598029" w14:textId="4264E2EA" w:rsidR="00061B7B" w:rsidRDefault="00000000">
            <w:pPr>
              <w:jc w:val="center"/>
            </w:pPr>
            <w:r>
              <w:rPr>
                <w:sz w:val="16"/>
              </w:rPr>
              <w:t>140</w:t>
            </w:r>
            <w:r w:rsidR="00FC25B7">
              <w:rPr>
                <w:rFonts w:hint="eastAsia"/>
                <w:sz w:val="16"/>
                <w:lang w:eastAsia="ja-JP"/>
              </w:rPr>
              <w:t>件</w:t>
            </w:r>
          </w:p>
        </w:tc>
      </w:tr>
    </w:tbl>
    <w:p w14:paraId="49FC570D" w14:textId="77777777" w:rsidR="00061B7B" w:rsidRDefault="00000000">
      <w:pPr>
        <w:spacing w:after="80"/>
        <w:rPr>
          <w:lang w:eastAsia="ja-JP"/>
        </w:rPr>
      </w:pPr>
      <w:r>
        <w:rPr>
          <w:lang w:eastAsia="ja-JP"/>
        </w:rPr>
        <w:t>※学校別の合計には、8月分の学校名未記入3件を含む。学校名が判明している回答は137件である。</w:t>
      </w:r>
    </w:p>
    <w:p w14:paraId="70A47426" w14:textId="77777777" w:rsidR="00061B7B" w:rsidRDefault="00000000">
      <w:pPr>
        <w:pStyle w:val="1"/>
        <w:rPr>
          <w:lang w:eastAsia="ja-JP"/>
        </w:rPr>
      </w:pPr>
      <w:r>
        <w:rPr>
          <w:lang w:eastAsia="ja-JP"/>
        </w:rPr>
        <w:lastRenderedPageBreak/>
        <w:t>5</w:t>
      </w:r>
      <w:r>
        <w:rPr>
          <w:lang w:eastAsia="ja-JP"/>
        </w:rPr>
        <w:t>．利用者の学年</w:t>
      </w:r>
    </w:p>
    <w:p w14:paraId="7008BB41" w14:textId="77777777" w:rsidR="00061B7B" w:rsidRDefault="00000000">
      <w:pPr>
        <w:spacing w:after="80"/>
        <w:rPr>
          <w:lang w:eastAsia="ja-JP"/>
        </w:rPr>
      </w:pPr>
      <w:r>
        <w:rPr>
          <w:lang w:eastAsia="ja-JP"/>
        </w:rPr>
        <w:t>学年別件数は、各月報告書に記載された内訳を合算した。記載のない学年は「0」としている。</w:t>
      </w:r>
    </w:p>
    <w:tbl>
      <w:tblPr>
        <w:tblStyle w:val="afe"/>
        <w:tblW w:w="0" w:type="auto"/>
        <w:jc w:val="center"/>
        <w:tblLook w:val="04A0" w:firstRow="1" w:lastRow="0" w:firstColumn="1" w:lastColumn="0" w:noHBand="0" w:noVBand="1"/>
      </w:tblPr>
      <w:tblGrid>
        <w:gridCol w:w="4032"/>
        <w:gridCol w:w="1584"/>
        <w:gridCol w:w="1584"/>
        <w:gridCol w:w="1728"/>
      </w:tblGrid>
      <w:tr w:rsidR="00061B7B" w14:paraId="24023E33" w14:textId="77777777">
        <w:trPr>
          <w:jc w:val="center"/>
        </w:trPr>
        <w:tc>
          <w:tcPr>
            <w:tcW w:w="4032" w:type="dxa"/>
            <w:shd w:val="clear" w:color="auto" w:fill="D9EAF7"/>
            <w:vAlign w:val="center"/>
          </w:tcPr>
          <w:p w14:paraId="1A04AAB8" w14:textId="77777777" w:rsidR="00061B7B" w:rsidRDefault="00000000">
            <w:pPr>
              <w:jc w:val="center"/>
            </w:pPr>
            <w:proofErr w:type="spellStart"/>
            <w:r>
              <w:rPr>
                <w:b/>
                <w:sz w:val="16"/>
              </w:rPr>
              <w:t>学年</w:t>
            </w:r>
            <w:proofErr w:type="spellEnd"/>
          </w:p>
        </w:tc>
        <w:tc>
          <w:tcPr>
            <w:tcW w:w="1584" w:type="dxa"/>
            <w:shd w:val="clear" w:color="auto" w:fill="D9EAF7"/>
            <w:vAlign w:val="center"/>
          </w:tcPr>
          <w:p w14:paraId="4016234B" w14:textId="77777777" w:rsidR="00061B7B" w:rsidRDefault="00000000">
            <w:pPr>
              <w:jc w:val="center"/>
            </w:pPr>
            <w:r>
              <w:rPr>
                <w:b/>
                <w:sz w:val="16"/>
              </w:rPr>
              <w:t>7月</w:t>
            </w:r>
          </w:p>
        </w:tc>
        <w:tc>
          <w:tcPr>
            <w:tcW w:w="1584" w:type="dxa"/>
            <w:shd w:val="clear" w:color="auto" w:fill="D9EAF7"/>
            <w:vAlign w:val="center"/>
          </w:tcPr>
          <w:p w14:paraId="2C54D4E8" w14:textId="77777777" w:rsidR="00061B7B" w:rsidRDefault="00000000">
            <w:pPr>
              <w:jc w:val="center"/>
            </w:pPr>
            <w:r>
              <w:rPr>
                <w:b/>
                <w:sz w:val="16"/>
              </w:rPr>
              <w:t>8月</w:t>
            </w:r>
          </w:p>
        </w:tc>
        <w:tc>
          <w:tcPr>
            <w:tcW w:w="1728" w:type="dxa"/>
            <w:shd w:val="clear" w:color="auto" w:fill="D9EAF7"/>
            <w:vAlign w:val="center"/>
          </w:tcPr>
          <w:p w14:paraId="4D7887E5" w14:textId="77777777" w:rsidR="00061B7B" w:rsidRDefault="00000000">
            <w:pPr>
              <w:jc w:val="center"/>
            </w:pPr>
            <w:r>
              <w:rPr>
                <w:b/>
                <w:sz w:val="16"/>
              </w:rPr>
              <w:t>合計</w:t>
            </w:r>
          </w:p>
        </w:tc>
      </w:tr>
      <w:tr w:rsidR="00061B7B" w14:paraId="68105736" w14:textId="77777777">
        <w:trPr>
          <w:jc w:val="center"/>
        </w:trPr>
        <w:tc>
          <w:tcPr>
            <w:tcW w:w="4032" w:type="dxa"/>
            <w:vAlign w:val="center"/>
          </w:tcPr>
          <w:p w14:paraId="0518F47C" w14:textId="77777777" w:rsidR="00061B7B" w:rsidRDefault="00000000">
            <w:r>
              <w:rPr>
                <w:sz w:val="16"/>
              </w:rPr>
              <w:t>小1</w:t>
            </w:r>
          </w:p>
        </w:tc>
        <w:tc>
          <w:tcPr>
            <w:tcW w:w="1584" w:type="dxa"/>
            <w:vAlign w:val="center"/>
          </w:tcPr>
          <w:p w14:paraId="2967F73D" w14:textId="080AFE99" w:rsidR="00061B7B" w:rsidRDefault="00000000">
            <w:pPr>
              <w:jc w:val="center"/>
              <w:rPr>
                <w:lang w:eastAsia="ja-JP"/>
              </w:rPr>
            </w:pPr>
            <w:r>
              <w:rPr>
                <w:sz w:val="16"/>
              </w:rPr>
              <w:t>4</w:t>
            </w:r>
            <w:r w:rsidR="00FC25B7">
              <w:rPr>
                <w:rFonts w:hint="eastAsia"/>
                <w:sz w:val="16"/>
                <w:lang w:eastAsia="ja-JP"/>
              </w:rPr>
              <w:t>人</w:t>
            </w:r>
          </w:p>
        </w:tc>
        <w:tc>
          <w:tcPr>
            <w:tcW w:w="1584" w:type="dxa"/>
            <w:vAlign w:val="center"/>
          </w:tcPr>
          <w:p w14:paraId="1484AFDC" w14:textId="60AA6C58" w:rsidR="00061B7B" w:rsidRDefault="00000000">
            <w:pPr>
              <w:jc w:val="center"/>
            </w:pPr>
            <w:r>
              <w:rPr>
                <w:sz w:val="16"/>
              </w:rPr>
              <w:t>9</w:t>
            </w:r>
            <w:r w:rsidR="00FC25B7">
              <w:rPr>
                <w:rFonts w:hint="eastAsia"/>
                <w:sz w:val="16"/>
                <w:lang w:eastAsia="ja-JP"/>
              </w:rPr>
              <w:t>人</w:t>
            </w:r>
          </w:p>
        </w:tc>
        <w:tc>
          <w:tcPr>
            <w:tcW w:w="1728" w:type="dxa"/>
            <w:vAlign w:val="center"/>
          </w:tcPr>
          <w:p w14:paraId="415B5673" w14:textId="050B6043" w:rsidR="00061B7B" w:rsidRDefault="00000000">
            <w:pPr>
              <w:jc w:val="center"/>
            </w:pPr>
            <w:r>
              <w:rPr>
                <w:sz w:val="16"/>
              </w:rPr>
              <w:t>13</w:t>
            </w:r>
            <w:r w:rsidR="00FC25B7">
              <w:rPr>
                <w:rFonts w:hint="eastAsia"/>
                <w:sz w:val="16"/>
                <w:lang w:eastAsia="ja-JP"/>
              </w:rPr>
              <w:t>人</w:t>
            </w:r>
          </w:p>
        </w:tc>
      </w:tr>
      <w:tr w:rsidR="00061B7B" w14:paraId="3871F1CA" w14:textId="77777777">
        <w:trPr>
          <w:jc w:val="center"/>
        </w:trPr>
        <w:tc>
          <w:tcPr>
            <w:tcW w:w="4032" w:type="dxa"/>
            <w:vAlign w:val="center"/>
          </w:tcPr>
          <w:p w14:paraId="55EE9FDD" w14:textId="77777777" w:rsidR="00061B7B" w:rsidRDefault="00000000">
            <w:r>
              <w:rPr>
                <w:sz w:val="16"/>
              </w:rPr>
              <w:t>小2</w:t>
            </w:r>
          </w:p>
        </w:tc>
        <w:tc>
          <w:tcPr>
            <w:tcW w:w="1584" w:type="dxa"/>
            <w:vAlign w:val="center"/>
          </w:tcPr>
          <w:p w14:paraId="3E77B4AE" w14:textId="20789A39" w:rsidR="00061B7B" w:rsidRDefault="00000000">
            <w:pPr>
              <w:jc w:val="center"/>
            </w:pPr>
            <w:r>
              <w:rPr>
                <w:sz w:val="16"/>
              </w:rPr>
              <w:t>8</w:t>
            </w:r>
            <w:r w:rsidR="00FC25B7">
              <w:rPr>
                <w:rFonts w:hint="eastAsia"/>
                <w:sz w:val="16"/>
                <w:lang w:eastAsia="ja-JP"/>
              </w:rPr>
              <w:t>人</w:t>
            </w:r>
          </w:p>
        </w:tc>
        <w:tc>
          <w:tcPr>
            <w:tcW w:w="1584" w:type="dxa"/>
            <w:vAlign w:val="center"/>
          </w:tcPr>
          <w:p w14:paraId="115B576C" w14:textId="4DC132CE" w:rsidR="00061B7B" w:rsidRDefault="00000000">
            <w:pPr>
              <w:jc w:val="center"/>
            </w:pPr>
            <w:r>
              <w:rPr>
                <w:sz w:val="16"/>
              </w:rPr>
              <w:t>9</w:t>
            </w:r>
            <w:r w:rsidR="00FC25B7">
              <w:rPr>
                <w:rFonts w:hint="eastAsia"/>
                <w:sz w:val="16"/>
                <w:lang w:eastAsia="ja-JP"/>
              </w:rPr>
              <w:t>人</w:t>
            </w:r>
          </w:p>
        </w:tc>
        <w:tc>
          <w:tcPr>
            <w:tcW w:w="1728" w:type="dxa"/>
            <w:vAlign w:val="center"/>
          </w:tcPr>
          <w:p w14:paraId="78358666" w14:textId="07C6E839" w:rsidR="00061B7B" w:rsidRDefault="00000000">
            <w:pPr>
              <w:jc w:val="center"/>
            </w:pPr>
            <w:r>
              <w:rPr>
                <w:sz w:val="16"/>
              </w:rPr>
              <w:t>17</w:t>
            </w:r>
            <w:r w:rsidR="00FC25B7">
              <w:rPr>
                <w:rFonts w:hint="eastAsia"/>
                <w:sz w:val="16"/>
                <w:lang w:eastAsia="ja-JP"/>
              </w:rPr>
              <w:t>人</w:t>
            </w:r>
          </w:p>
        </w:tc>
      </w:tr>
      <w:tr w:rsidR="00061B7B" w14:paraId="0966EFAD" w14:textId="77777777">
        <w:trPr>
          <w:jc w:val="center"/>
        </w:trPr>
        <w:tc>
          <w:tcPr>
            <w:tcW w:w="4032" w:type="dxa"/>
            <w:vAlign w:val="center"/>
          </w:tcPr>
          <w:p w14:paraId="06559A3E" w14:textId="77777777" w:rsidR="00061B7B" w:rsidRDefault="00000000">
            <w:r>
              <w:rPr>
                <w:sz w:val="16"/>
              </w:rPr>
              <w:t>小3</w:t>
            </w:r>
          </w:p>
        </w:tc>
        <w:tc>
          <w:tcPr>
            <w:tcW w:w="1584" w:type="dxa"/>
            <w:vAlign w:val="center"/>
          </w:tcPr>
          <w:p w14:paraId="1D0AF76B" w14:textId="74C78EF2" w:rsidR="00061B7B" w:rsidRDefault="00000000">
            <w:pPr>
              <w:jc w:val="center"/>
            </w:pPr>
            <w:r>
              <w:rPr>
                <w:sz w:val="16"/>
              </w:rPr>
              <w:t>6</w:t>
            </w:r>
            <w:r w:rsidR="00FC25B7">
              <w:rPr>
                <w:rFonts w:hint="eastAsia"/>
                <w:sz w:val="16"/>
                <w:lang w:eastAsia="ja-JP"/>
              </w:rPr>
              <w:t>人</w:t>
            </w:r>
          </w:p>
        </w:tc>
        <w:tc>
          <w:tcPr>
            <w:tcW w:w="1584" w:type="dxa"/>
            <w:vAlign w:val="center"/>
          </w:tcPr>
          <w:p w14:paraId="48C294DE" w14:textId="26C3DB9E" w:rsidR="00061B7B" w:rsidRDefault="00000000">
            <w:pPr>
              <w:jc w:val="center"/>
            </w:pPr>
            <w:r>
              <w:rPr>
                <w:sz w:val="16"/>
              </w:rPr>
              <w:t>6</w:t>
            </w:r>
            <w:r w:rsidR="00FC25B7">
              <w:rPr>
                <w:rFonts w:hint="eastAsia"/>
                <w:sz w:val="16"/>
                <w:lang w:eastAsia="ja-JP"/>
              </w:rPr>
              <w:t>人</w:t>
            </w:r>
          </w:p>
        </w:tc>
        <w:tc>
          <w:tcPr>
            <w:tcW w:w="1728" w:type="dxa"/>
            <w:vAlign w:val="center"/>
          </w:tcPr>
          <w:p w14:paraId="6BD5F00C" w14:textId="42CD000F" w:rsidR="00061B7B" w:rsidRDefault="00000000">
            <w:pPr>
              <w:jc w:val="center"/>
            </w:pPr>
            <w:r>
              <w:rPr>
                <w:sz w:val="16"/>
              </w:rPr>
              <w:t>12</w:t>
            </w:r>
            <w:r w:rsidR="00FC25B7">
              <w:rPr>
                <w:rFonts w:hint="eastAsia"/>
                <w:sz w:val="16"/>
                <w:lang w:eastAsia="ja-JP"/>
              </w:rPr>
              <w:t>人</w:t>
            </w:r>
          </w:p>
        </w:tc>
      </w:tr>
      <w:tr w:rsidR="00061B7B" w14:paraId="4EF969C7" w14:textId="77777777">
        <w:trPr>
          <w:jc w:val="center"/>
        </w:trPr>
        <w:tc>
          <w:tcPr>
            <w:tcW w:w="4032" w:type="dxa"/>
            <w:vAlign w:val="center"/>
          </w:tcPr>
          <w:p w14:paraId="4D05884E" w14:textId="77777777" w:rsidR="00061B7B" w:rsidRDefault="00000000">
            <w:r>
              <w:rPr>
                <w:sz w:val="16"/>
              </w:rPr>
              <w:t>小4</w:t>
            </w:r>
          </w:p>
        </w:tc>
        <w:tc>
          <w:tcPr>
            <w:tcW w:w="1584" w:type="dxa"/>
            <w:vAlign w:val="center"/>
          </w:tcPr>
          <w:p w14:paraId="684AE49C" w14:textId="4D881A1D" w:rsidR="00061B7B" w:rsidRDefault="00000000">
            <w:pPr>
              <w:jc w:val="center"/>
            </w:pPr>
            <w:r>
              <w:rPr>
                <w:sz w:val="16"/>
              </w:rPr>
              <w:t>4</w:t>
            </w:r>
            <w:r w:rsidR="00FC25B7">
              <w:rPr>
                <w:rFonts w:hint="eastAsia"/>
                <w:sz w:val="16"/>
                <w:lang w:eastAsia="ja-JP"/>
              </w:rPr>
              <w:t>人</w:t>
            </w:r>
          </w:p>
        </w:tc>
        <w:tc>
          <w:tcPr>
            <w:tcW w:w="1584" w:type="dxa"/>
            <w:vAlign w:val="center"/>
          </w:tcPr>
          <w:p w14:paraId="1C31316E" w14:textId="795E9C21" w:rsidR="00061B7B" w:rsidRDefault="00000000">
            <w:pPr>
              <w:jc w:val="center"/>
            </w:pPr>
            <w:r>
              <w:rPr>
                <w:sz w:val="16"/>
              </w:rPr>
              <w:t>12</w:t>
            </w:r>
            <w:r w:rsidR="00FC25B7">
              <w:rPr>
                <w:rFonts w:hint="eastAsia"/>
                <w:sz w:val="16"/>
                <w:lang w:eastAsia="ja-JP"/>
              </w:rPr>
              <w:t>人</w:t>
            </w:r>
          </w:p>
        </w:tc>
        <w:tc>
          <w:tcPr>
            <w:tcW w:w="1728" w:type="dxa"/>
            <w:vAlign w:val="center"/>
          </w:tcPr>
          <w:p w14:paraId="26420CFF" w14:textId="3D9896C6" w:rsidR="00061B7B" w:rsidRDefault="00000000">
            <w:pPr>
              <w:jc w:val="center"/>
            </w:pPr>
            <w:r>
              <w:rPr>
                <w:sz w:val="16"/>
              </w:rPr>
              <w:t>16</w:t>
            </w:r>
            <w:r w:rsidR="00FC25B7">
              <w:rPr>
                <w:rFonts w:hint="eastAsia"/>
                <w:sz w:val="16"/>
                <w:lang w:eastAsia="ja-JP"/>
              </w:rPr>
              <w:t>人</w:t>
            </w:r>
          </w:p>
        </w:tc>
      </w:tr>
      <w:tr w:rsidR="00061B7B" w14:paraId="2C799152" w14:textId="77777777">
        <w:trPr>
          <w:jc w:val="center"/>
        </w:trPr>
        <w:tc>
          <w:tcPr>
            <w:tcW w:w="4032" w:type="dxa"/>
            <w:vAlign w:val="center"/>
          </w:tcPr>
          <w:p w14:paraId="515BDAA6" w14:textId="77777777" w:rsidR="00061B7B" w:rsidRDefault="00000000">
            <w:r>
              <w:rPr>
                <w:sz w:val="16"/>
              </w:rPr>
              <w:t>小5</w:t>
            </w:r>
          </w:p>
        </w:tc>
        <w:tc>
          <w:tcPr>
            <w:tcW w:w="1584" w:type="dxa"/>
            <w:vAlign w:val="center"/>
          </w:tcPr>
          <w:p w14:paraId="4BDFE699" w14:textId="21DCFC47" w:rsidR="00061B7B" w:rsidRDefault="00000000">
            <w:pPr>
              <w:jc w:val="center"/>
            </w:pPr>
            <w:r>
              <w:rPr>
                <w:sz w:val="16"/>
              </w:rPr>
              <w:t>16</w:t>
            </w:r>
            <w:r w:rsidR="00FC25B7">
              <w:rPr>
                <w:rFonts w:hint="eastAsia"/>
                <w:sz w:val="16"/>
                <w:lang w:eastAsia="ja-JP"/>
              </w:rPr>
              <w:t>人</w:t>
            </w:r>
          </w:p>
        </w:tc>
        <w:tc>
          <w:tcPr>
            <w:tcW w:w="1584" w:type="dxa"/>
            <w:vAlign w:val="center"/>
          </w:tcPr>
          <w:p w14:paraId="679E62AE" w14:textId="35C6FB2C" w:rsidR="00061B7B" w:rsidRDefault="00000000">
            <w:pPr>
              <w:jc w:val="center"/>
            </w:pPr>
            <w:r>
              <w:rPr>
                <w:sz w:val="16"/>
              </w:rPr>
              <w:t>16</w:t>
            </w:r>
            <w:r w:rsidR="00FC25B7">
              <w:rPr>
                <w:rFonts w:hint="eastAsia"/>
                <w:sz w:val="16"/>
                <w:lang w:eastAsia="ja-JP"/>
              </w:rPr>
              <w:t>人</w:t>
            </w:r>
          </w:p>
        </w:tc>
        <w:tc>
          <w:tcPr>
            <w:tcW w:w="1728" w:type="dxa"/>
            <w:vAlign w:val="center"/>
          </w:tcPr>
          <w:p w14:paraId="423CAB04" w14:textId="2D9E967C" w:rsidR="00061B7B" w:rsidRDefault="00000000">
            <w:pPr>
              <w:jc w:val="center"/>
            </w:pPr>
            <w:r>
              <w:rPr>
                <w:sz w:val="16"/>
              </w:rPr>
              <w:t>32</w:t>
            </w:r>
            <w:r w:rsidR="00FC25B7">
              <w:rPr>
                <w:rFonts w:hint="eastAsia"/>
                <w:sz w:val="16"/>
                <w:lang w:eastAsia="ja-JP"/>
              </w:rPr>
              <w:t>人</w:t>
            </w:r>
          </w:p>
        </w:tc>
      </w:tr>
      <w:tr w:rsidR="00061B7B" w14:paraId="1E2012A8" w14:textId="77777777">
        <w:trPr>
          <w:jc w:val="center"/>
        </w:trPr>
        <w:tc>
          <w:tcPr>
            <w:tcW w:w="4032" w:type="dxa"/>
            <w:vAlign w:val="center"/>
          </w:tcPr>
          <w:p w14:paraId="4EC8BA99" w14:textId="77777777" w:rsidR="00061B7B" w:rsidRDefault="00000000">
            <w:r>
              <w:rPr>
                <w:sz w:val="16"/>
              </w:rPr>
              <w:t>小6</w:t>
            </w:r>
          </w:p>
        </w:tc>
        <w:tc>
          <w:tcPr>
            <w:tcW w:w="1584" w:type="dxa"/>
            <w:vAlign w:val="center"/>
          </w:tcPr>
          <w:p w14:paraId="05AB6830" w14:textId="37FFE22C" w:rsidR="00061B7B" w:rsidRDefault="00000000">
            <w:pPr>
              <w:jc w:val="center"/>
            </w:pPr>
            <w:r>
              <w:rPr>
                <w:sz w:val="16"/>
              </w:rPr>
              <w:t>6</w:t>
            </w:r>
            <w:r w:rsidR="00FC25B7">
              <w:rPr>
                <w:rFonts w:hint="eastAsia"/>
                <w:sz w:val="16"/>
                <w:lang w:eastAsia="ja-JP"/>
              </w:rPr>
              <w:t>人</w:t>
            </w:r>
          </w:p>
        </w:tc>
        <w:tc>
          <w:tcPr>
            <w:tcW w:w="1584" w:type="dxa"/>
            <w:vAlign w:val="center"/>
          </w:tcPr>
          <w:p w14:paraId="1BC89C6E" w14:textId="6E9484A1" w:rsidR="00061B7B" w:rsidRDefault="00000000">
            <w:pPr>
              <w:jc w:val="center"/>
            </w:pPr>
            <w:r>
              <w:rPr>
                <w:sz w:val="16"/>
              </w:rPr>
              <w:t>14</w:t>
            </w:r>
            <w:r w:rsidR="00FC25B7">
              <w:rPr>
                <w:rFonts w:hint="eastAsia"/>
                <w:sz w:val="16"/>
                <w:lang w:eastAsia="ja-JP"/>
              </w:rPr>
              <w:t>人</w:t>
            </w:r>
          </w:p>
        </w:tc>
        <w:tc>
          <w:tcPr>
            <w:tcW w:w="1728" w:type="dxa"/>
            <w:vAlign w:val="center"/>
          </w:tcPr>
          <w:p w14:paraId="7A25FB21" w14:textId="52B0FBBD" w:rsidR="00061B7B" w:rsidRDefault="00000000">
            <w:pPr>
              <w:jc w:val="center"/>
            </w:pPr>
            <w:r>
              <w:rPr>
                <w:sz w:val="16"/>
              </w:rPr>
              <w:t>20</w:t>
            </w:r>
            <w:r w:rsidR="00FC25B7">
              <w:rPr>
                <w:rFonts w:hint="eastAsia"/>
                <w:sz w:val="16"/>
                <w:lang w:eastAsia="ja-JP"/>
              </w:rPr>
              <w:t>人</w:t>
            </w:r>
          </w:p>
        </w:tc>
      </w:tr>
      <w:tr w:rsidR="00061B7B" w14:paraId="02EACEE4" w14:textId="77777777">
        <w:trPr>
          <w:jc w:val="center"/>
        </w:trPr>
        <w:tc>
          <w:tcPr>
            <w:tcW w:w="4032" w:type="dxa"/>
            <w:vAlign w:val="center"/>
          </w:tcPr>
          <w:p w14:paraId="4F787FA3" w14:textId="77777777" w:rsidR="00061B7B" w:rsidRDefault="00000000">
            <w:r>
              <w:rPr>
                <w:sz w:val="16"/>
              </w:rPr>
              <w:t>中1</w:t>
            </w:r>
          </w:p>
        </w:tc>
        <w:tc>
          <w:tcPr>
            <w:tcW w:w="1584" w:type="dxa"/>
            <w:vAlign w:val="center"/>
          </w:tcPr>
          <w:p w14:paraId="5CC56A6D" w14:textId="6AB66730" w:rsidR="00061B7B" w:rsidRDefault="00000000">
            <w:pPr>
              <w:jc w:val="center"/>
            </w:pPr>
            <w:r>
              <w:rPr>
                <w:sz w:val="16"/>
              </w:rPr>
              <w:t>4</w:t>
            </w:r>
            <w:r w:rsidR="00FC25B7">
              <w:rPr>
                <w:rFonts w:hint="eastAsia"/>
                <w:sz w:val="16"/>
                <w:lang w:eastAsia="ja-JP"/>
              </w:rPr>
              <w:t>人</w:t>
            </w:r>
          </w:p>
        </w:tc>
        <w:tc>
          <w:tcPr>
            <w:tcW w:w="1584" w:type="dxa"/>
            <w:vAlign w:val="center"/>
          </w:tcPr>
          <w:p w14:paraId="1C90CC1D" w14:textId="72A17AFF" w:rsidR="00061B7B" w:rsidRDefault="00000000">
            <w:pPr>
              <w:jc w:val="center"/>
            </w:pPr>
            <w:r>
              <w:rPr>
                <w:sz w:val="16"/>
              </w:rPr>
              <w:t>0</w:t>
            </w:r>
            <w:r w:rsidR="00FC25B7">
              <w:rPr>
                <w:rFonts w:hint="eastAsia"/>
                <w:sz w:val="16"/>
                <w:lang w:eastAsia="ja-JP"/>
              </w:rPr>
              <w:t>人</w:t>
            </w:r>
          </w:p>
        </w:tc>
        <w:tc>
          <w:tcPr>
            <w:tcW w:w="1728" w:type="dxa"/>
            <w:vAlign w:val="center"/>
          </w:tcPr>
          <w:p w14:paraId="79F33951" w14:textId="267F13F8" w:rsidR="00061B7B" w:rsidRDefault="00000000">
            <w:pPr>
              <w:jc w:val="center"/>
            </w:pPr>
            <w:r>
              <w:rPr>
                <w:sz w:val="16"/>
              </w:rPr>
              <w:t>4</w:t>
            </w:r>
            <w:r w:rsidR="00FC25B7">
              <w:rPr>
                <w:rFonts w:hint="eastAsia"/>
                <w:sz w:val="16"/>
                <w:lang w:eastAsia="ja-JP"/>
              </w:rPr>
              <w:t>人</w:t>
            </w:r>
          </w:p>
        </w:tc>
      </w:tr>
      <w:tr w:rsidR="00061B7B" w14:paraId="19A4B6D6" w14:textId="77777777">
        <w:trPr>
          <w:jc w:val="center"/>
        </w:trPr>
        <w:tc>
          <w:tcPr>
            <w:tcW w:w="4032" w:type="dxa"/>
            <w:vAlign w:val="center"/>
          </w:tcPr>
          <w:p w14:paraId="050FBB0D" w14:textId="77777777" w:rsidR="00061B7B" w:rsidRDefault="00000000">
            <w:r>
              <w:rPr>
                <w:sz w:val="16"/>
              </w:rPr>
              <w:t>中2</w:t>
            </w:r>
          </w:p>
        </w:tc>
        <w:tc>
          <w:tcPr>
            <w:tcW w:w="1584" w:type="dxa"/>
            <w:vAlign w:val="center"/>
          </w:tcPr>
          <w:p w14:paraId="47879A5F" w14:textId="742DE862" w:rsidR="00061B7B" w:rsidRDefault="00000000">
            <w:pPr>
              <w:jc w:val="center"/>
            </w:pPr>
            <w:r>
              <w:rPr>
                <w:sz w:val="16"/>
              </w:rPr>
              <w:t>2</w:t>
            </w:r>
            <w:r w:rsidR="00FC25B7">
              <w:rPr>
                <w:rFonts w:hint="eastAsia"/>
                <w:sz w:val="16"/>
                <w:lang w:eastAsia="ja-JP"/>
              </w:rPr>
              <w:t>人</w:t>
            </w:r>
          </w:p>
        </w:tc>
        <w:tc>
          <w:tcPr>
            <w:tcW w:w="1584" w:type="dxa"/>
            <w:vAlign w:val="center"/>
          </w:tcPr>
          <w:p w14:paraId="383A0545" w14:textId="2038E8E5" w:rsidR="00061B7B" w:rsidRDefault="00000000">
            <w:pPr>
              <w:jc w:val="center"/>
            </w:pPr>
            <w:r>
              <w:rPr>
                <w:sz w:val="16"/>
              </w:rPr>
              <w:t>0</w:t>
            </w:r>
            <w:r w:rsidR="00FC25B7">
              <w:rPr>
                <w:rFonts w:hint="eastAsia"/>
                <w:sz w:val="16"/>
                <w:lang w:eastAsia="ja-JP"/>
              </w:rPr>
              <w:t>人</w:t>
            </w:r>
          </w:p>
        </w:tc>
        <w:tc>
          <w:tcPr>
            <w:tcW w:w="1728" w:type="dxa"/>
            <w:vAlign w:val="center"/>
          </w:tcPr>
          <w:p w14:paraId="24E8FFA9" w14:textId="424B653E" w:rsidR="00061B7B" w:rsidRDefault="00000000">
            <w:pPr>
              <w:jc w:val="center"/>
            </w:pPr>
            <w:r>
              <w:rPr>
                <w:sz w:val="16"/>
              </w:rPr>
              <w:t>2</w:t>
            </w:r>
            <w:r w:rsidR="00FC25B7">
              <w:rPr>
                <w:rFonts w:hint="eastAsia"/>
                <w:sz w:val="16"/>
                <w:lang w:eastAsia="ja-JP"/>
              </w:rPr>
              <w:t>人</w:t>
            </w:r>
          </w:p>
        </w:tc>
      </w:tr>
      <w:tr w:rsidR="00061B7B" w14:paraId="093A3346" w14:textId="77777777">
        <w:trPr>
          <w:jc w:val="center"/>
        </w:trPr>
        <w:tc>
          <w:tcPr>
            <w:tcW w:w="4032" w:type="dxa"/>
            <w:vAlign w:val="center"/>
          </w:tcPr>
          <w:p w14:paraId="5F06EB4F" w14:textId="77777777" w:rsidR="00061B7B" w:rsidRDefault="00000000">
            <w:r>
              <w:rPr>
                <w:sz w:val="16"/>
              </w:rPr>
              <w:t>年長</w:t>
            </w:r>
          </w:p>
        </w:tc>
        <w:tc>
          <w:tcPr>
            <w:tcW w:w="1584" w:type="dxa"/>
            <w:vAlign w:val="center"/>
          </w:tcPr>
          <w:p w14:paraId="277E1F0D" w14:textId="6177E35F" w:rsidR="00061B7B" w:rsidRDefault="00000000">
            <w:pPr>
              <w:jc w:val="center"/>
            </w:pPr>
            <w:r>
              <w:rPr>
                <w:sz w:val="16"/>
              </w:rPr>
              <w:t>2</w:t>
            </w:r>
            <w:r w:rsidR="00FC25B7">
              <w:rPr>
                <w:rFonts w:hint="eastAsia"/>
                <w:sz w:val="16"/>
                <w:lang w:eastAsia="ja-JP"/>
              </w:rPr>
              <w:t>人</w:t>
            </w:r>
          </w:p>
        </w:tc>
        <w:tc>
          <w:tcPr>
            <w:tcW w:w="1584" w:type="dxa"/>
            <w:vAlign w:val="center"/>
          </w:tcPr>
          <w:p w14:paraId="2C79F809" w14:textId="4F5AAA46" w:rsidR="00061B7B" w:rsidRDefault="00000000">
            <w:pPr>
              <w:jc w:val="center"/>
            </w:pPr>
            <w:r>
              <w:rPr>
                <w:sz w:val="16"/>
              </w:rPr>
              <w:t>3</w:t>
            </w:r>
            <w:r w:rsidR="00FC25B7">
              <w:rPr>
                <w:rFonts w:hint="eastAsia"/>
                <w:sz w:val="16"/>
                <w:lang w:eastAsia="ja-JP"/>
              </w:rPr>
              <w:t>人</w:t>
            </w:r>
          </w:p>
        </w:tc>
        <w:tc>
          <w:tcPr>
            <w:tcW w:w="1728" w:type="dxa"/>
            <w:vAlign w:val="center"/>
          </w:tcPr>
          <w:p w14:paraId="5E2D4197" w14:textId="64431572" w:rsidR="00061B7B" w:rsidRDefault="00000000">
            <w:pPr>
              <w:jc w:val="center"/>
            </w:pPr>
            <w:r>
              <w:rPr>
                <w:sz w:val="16"/>
              </w:rPr>
              <w:t>5</w:t>
            </w:r>
            <w:r w:rsidR="00FC25B7">
              <w:rPr>
                <w:rFonts w:hint="eastAsia"/>
                <w:sz w:val="16"/>
                <w:lang w:eastAsia="ja-JP"/>
              </w:rPr>
              <w:t>人</w:t>
            </w:r>
          </w:p>
        </w:tc>
      </w:tr>
      <w:tr w:rsidR="00061B7B" w14:paraId="7186CA5C" w14:textId="77777777">
        <w:trPr>
          <w:jc w:val="center"/>
        </w:trPr>
        <w:tc>
          <w:tcPr>
            <w:tcW w:w="4032" w:type="dxa"/>
            <w:vAlign w:val="center"/>
          </w:tcPr>
          <w:p w14:paraId="18CDA9BF" w14:textId="77777777" w:rsidR="00061B7B" w:rsidRDefault="00000000">
            <w:r>
              <w:rPr>
                <w:sz w:val="16"/>
              </w:rPr>
              <w:t>学年未記入</w:t>
            </w:r>
          </w:p>
        </w:tc>
        <w:tc>
          <w:tcPr>
            <w:tcW w:w="1584" w:type="dxa"/>
            <w:vAlign w:val="center"/>
          </w:tcPr>
          <w:p w14:paraId="24F5C966" w14:textId="21C789F5" w:rsidR="00061B7B" w:rsidRDefault="00000000">
            <w:pPr>
              <w:jc w:val="center"/>
            </w:pPr>
            <w:r>
              <w:rPr>
                <w:sz w:val="16"/>
              </w:rPr>
              <w:t>0</w:t>
            </w:r>
            <w:r w:rsidR="00FC25B7">
              <w:rPr>
                <w:rFonts w:hint="eastAsia"/>
                <w:sz w:val="16"/>
                <w:lang w:eastAsia="ja-JP"/>
              </w:rPr>
              <w:t>人</w:t>
            </w:r>
          </w:p>
        </w:tc>
        <w:tc>
          <w:tcPr>
            <w:tcW w:w="1584" w:type="dxa"/>
            <w:vAlign w:val="center"/>
          </w:tcPr>
          <w:p w14:paraId="043C0CB3" w14:textId="7F043D1D" w:rsidR="00061B7B" w:rsidRDefault="00000000">
            <w:pPr>
              <w:jc w:val="center"/>
            </w:pPr>
            <w:r>
              <w:rPr>
                <w:sz w:val="16"/>
              </w:rPr>
              <w:t>3</w:t>
            </w:r>
            <w:r w:rsidR="00FC25B7">
              <w:rPr>
                <w:rFonts w:hint="eastAsia"/>
                <w:sz w:val="16"/>
                <w:lang w:eastAsia="ja-JP"/>
              </w:rPr>
              <w:t>人</w:t>
            </w:r>
          </w:p>
        </w:tc>
        <w:tc>
          <w:tcPr>
            <w:tcW w:w="1728" w:type="dxa"/>
            <w:vAlign w:val="center"/>
          </w:tcPr>
          <w:p w14:paraId="0EBFDCD0" w14:textId="60A97BD1" w:rsidR="00061B7B" w:rsidRDefault="00000000">
            <w:pPr>
              <w:jc w:val="center"/>
            </w:pPr>
            <w:r>
              <w:rPr>
                <w:sz w:val="16"/>
              </w:rPr>
              <w:t>3</w:t>
            </w:r>
            <w:r w:rsidR="00FC25B7">
              <w:rPr>
                <w:rFonts w:hint="eastAsia"/>
                <w:sz w:val="16"/>
                <w:lang w:eastAsia="ja-JP"/>
              </w:rPr>
              <w:t>人</w:t>
            </w:r>
          </w:p>
        </w:tc>
      </w:tr>
    </w:tbl>
    <w:p w14:paraId="4A8CA0C9" w14:textId="77777777" w:rsidR="00061B7B" w:rsidRDefault="00000000">
      <w:pPr>
        <w:spacing w:after="80"/>
        <w:rPr>
          <w:lang w:eastAsia="ja-JP"/>
        </w:rPr>
      </w:pPr>
      <w:r>
        <w:rPr>
          <w:lang w:eastAsia="ja-JP"/>
        </w:rPr>
        <w:t>※学年別内訳の合計は、各月の回答件数と一致しない。元の月別報告書に記載された学年区分の件数をそのまま合算しており、内訳に含まれない回答があるため、学年別件数は参考値として扱う。</w:t>
      </w:r>
    </w:p>
    <w:p w14:paraId="100110D8" w14:textId="77777777" w:rsidR="00061B7B" w:rsidRDefault="00000000">
      <w:pPr>
        <w:pStyle w:val="1"/>
        <w:rPr>
          <w:lang w:eastAsia="ja-JP"/>
        </w:rPr>
      </w:pPr>
      <w:r>
        <w:rPr>
          <w:lang w:eastAsia="ja-JP"/>
        </w:rPr>
        <w:t>6</w:t>
      </w:r>
      <w:r>
        <w:rPr>
          <w:lang w:eastAsia="ja-JP"/>
        </w:rPr>
        <w:t>．スタッフの対応に関する評価（</w:t>
      </w:r>
      <w:r>
        <w:rPr>
          <w:lang w:eastAsia="ja-JP"/>
        </w:rPr>
        <w:t>Q5</w:t>
      </w:r>
      <w:r>
        <w:rPr>
          <w:lang w:eastAsia="ja-JP"/>
        </w:rPr>
        <w:t>）</w:t>
      </w:r>
    </w:p>
    <w:tbl>
      <w:tblPr>
        <w:tblStyle w:val="afe"/>
        <w:tblW w:w="0" w:type="auto"/>
        <w:jc w:val="center"/>
        <w:tblLook w:val="04A0" w:firstRow="1" w:lastRow="0" w:firstColumn="1" w:lastColumn="0" w:noHBand="0" w:noVBand="1"/>
      </w:tblPr>
      <w:tblGrid>
        <w:gridCol w:w="4032"/>
        <w:gridCol w:w="2880"/>
        <w:gridCol w:w="2880"/>
      </w:tblGrid>
      <w:tr w:rsidR="00061B7B" w14:paraId="068019E7" w14:textId="77777777">
        <w:trPr>
          <w:jc w:val="center"/>
        </w:trPr>
        <w:tc>
          <w:tcPr>
            <w:tcW w:w="4032" w:type="dxa"/>
            <w:shd w:val="clear" w:color="auto" w:fill="D9EAF7"/>
            <w:vAlign w:val="center"/>
          </w:tcPr>
          <w:p w14:paraId="13EFEF6F" w14:textId="77777777" w:rsidR="00061B7B" w:rsidRDefault="00000000">
            <w:pPr>
              <w:jc w:val="center"/>
            </w:pPr>
            <w:proofErr w:type="spellStart"/>
            <w:r>
              <w:rPr>
                <w:b/>
                <w:sz w:val="17"/>
              </w:rPr>
              <w:t>評価項目</w:t>
            </w:r>
            <w:proofErr w:type="spellEnd"/>
          </w:p>
        </w:tc>
        <w:tc>
          <w:tcPr>
            <w:tcW w:w="2880" w:type="dxa"/>
            <w:shd w:val="clear" w:color="auto" w:fill="D9EAF7"/>
            <w:vAlign w:val="center"/>
          </w:tcPr>
          <w:p w14:paraId="76C13B4E" w14:textId="77777777" w:rsidR="00061B7B" w:rsidRDefault="00000000">
            <w:pPr>
              <w:jc w:val="center"/>
            </w:pPr>
            <w:r>
              <w:rPr>
                <w:b/>
                <w:sz w:val="17"/>
              </w:rPr>
              <w:t>7月：良い＋やや良い</w:t>
            </w:r>
          </w:p>
        </w:tc>
        <w:tc>
          <w:tcPr>
            <w:tcW w:w="2880" w:type="dxa"/>
            <w:shd w:val="clear" w:color="auto" w:fill="D9EAF7"/>
            <w:vAlign w:val="center"/>
          </w:tcPr>
          <w:p w14:paraId="6E0D1233" w14:textId="77777777" w:rsidR="00061B7B" w:rsidRDefault="00000000">
            <w:pPr>
              <w:jc w:val="center"/>
            </w:pPr>
            <w:r>
              <w:rPr>
                <w:b/>
                <w:sz w:val="17"/>
              </w:rPr>
              <w:t>8月：良い＋やや良い</w:t>
            </w:r>
          </w:p>
        </w:tc>
      </w:tr>
      <w:tr w:rsidR="00061B7B" w14:paraId="0F4A21FE" w14:textId="77777777">
        <w:trPr>
          <w:jc w:val="center"/>
        </w:trPr>
        <w:tc>
          <w:tcPr>
            <w:tcW w:w="4032" w:type="dxa"/>
            <w:vAlign w:val="center"/>
          </w:tcPr>
          <w:p w14:paraId="7B6E71A1" w14:textId="77777777" w:rsidR="00061B7B" w:rsidRDefault="00000000">
            <w:r>
              <w:rPr>
                <w:sz w:val="17"/>
              </w:rPr>
              <w:t>スタッフのあいさつ</w:t>
            </w:r>
          </w:p>
        </w:tc>
        <w:tc>
          <w:tcPr>
            <w:tcW w:w="2880" w:type="dxa"/>
            <w:vAlign w:val="center"/>
          </w:tcPr>
          <w:p w14:paraId="570A2EF7" w14:textId="77777777" w:rsidR="00061B7B" w:rsidRDefault="00000000">
            <w:pPr>
              <w:jc w:val="center"/>
            </w:pPr>
            <w:r>
              <w:rPr>
                <w:sz w:val="17"/>
              </w:rPr>
              <w:t>93.0%</w:t>
            </w:r>
          </w:p>
        </w:tc>
        <w:tc>
          <w:tcPr>
            <w:tcW w:w="2880" w:type="dxa"/>
            <w:vAlign w:val="center"/>
          </w:tcPr>
          <w:p w14:paraId="3CB88EC6" w14:textId="77777777" w:rsidR="00061B7B" w:rsidRDefault="00000000">
            <w:pPr>
              <w:jc w:val="center"/>
            </w:pPr>
            <w:r>
              <w:rPr>
                <w:sz w:val="17"/>
              </w:rPr>
              <w:t>88.0%</w:t>
            </w:r>
          </w:p>
        </w:tc>
      </w:tr>
      <w:tr w:rsidR="00061B7B" w14:paraId="66471128" w14:textId="77777777">
        <w:trPr>
          <w:jc w:val="center"/>
        </w:trPr>
        <w:tc>
          <w:tcPr>
            <w:tcW w:w="4032" w:type="dxa"/>
            <w:vAlign w:val="center"/>
          </w:tcPr>
          <w:p w14:paraId="2A06BB82" w14:textId="77777777" w:rsidR="00061B7B" w:rsidRDefault="00000000">
            <w:r>
              <w:rPr>
                <w:sz w:val="17"/>
              </w:rPr>
              <w:t>スタッフの話し方</w:t>
            </w:r>
          </w:p>
        </w:tc>
        <w:tc>
          <w:tcPr>
            <w:tcW w:w="2880" w:type="dxa"/>
            <w:vAlign w:val="center"/>
          </w:tcPr>
          <w:p w14:paraId="5F542079" w14:textId="77777777" w:rsidR="00061B7B" w:rsidRDefault="00000000">
            <w:pPr>
              <w:jc w:val="center"/>
            </w:pPr>
            <w:r>
              <w:rPr>
                <w:sz w:val="17"/>
              </w:rPr>
              <w:t>93.0%</w:t>
            </w:r>
          </w:p>
        </w:tc>
        <w:tc>
          <w:tcPr>
            <w:tcW w:w="2880" w:type="dxa"/>
            <w:vAlign w:val="center"/>
          </w:tcPr>
          <w:p w14:paraId="396EAF47" w14:textId="77777777" w:rsidR="00061B7B" w:rsidRDefault="00000000">
            <w:pPr>
              <w:jc w:val="center"/>
            </w:pPr>
            <w:r>
              <w:rPr>
                <w:sz w:val="17"/>
              </w:rPr>
              <w:t>89.2%</w:t>
            </w:r>
          </w:p>
        </w:tc>
      </w:tr>
      <w:tr w:rsidR="00061B7B" w14:paraId="7BAFF489" w14:textId="77777777">
        <w:trPr>
          <w:jc w:val="center"/>
        </w:trPr>
        <w:tc>
          <w:tcPr>
            <w:tcW w:w="4032" w:type="dxa"/>
            <w:vAlign w:val="center"/>
          </w:tcPr>
          <w:p w14:paraId="4F6A079E" w14:textId="77777777" w:rsidR="00061B7B" w:rsidRDefault="00000000">
            <w:r>
              <w:rPr>
                <w:sz w:val="17"/>
              </w:rPr>
              <w:t>スタッフの態度</w:t>
            </w:r>
          </w:p>
        </w:tc>
        <w:tc>
          <w:tcPr>
            <w:tcW w:w="2880" w:type="dxa"/>
            <w:vAlign w:val="center"/>
          </w:tcPr>
          <w:p w14:paraId="31B31B4E" w14:textId="77777777" w:rsidR="00061B7B" w:rsidRDefault="00000000">
            <w:pPr>
              <w:jc w:val="center"/>
            </w:pPr>
            <w:r>
              <w:rPr>
                <w:sz w:val="17"/>
              </w:rPr>
              <w:t>91.2%</w:t>
            </w:r>
          </w:p>
        </w:tc>
        <w:tc>
          <w:tcPr>
            <w:tcW w:w="2880" w:type="dxa"/>
            <w:vAlign w:val="center"/>
          </w:tcPr>
          <w:p w14:paraId="3F2B502F" w14:textId="77777777" w:rsidR="00061B7B" w:rsidRDefault="00000000">
            <w:pPr>
              <w:jc w:val="center"/>
            </w:pPr>
            <w:r>
              <w:rPr>
                <w:sz w:val="17"/>
              </w:rPr>
              <w:t>88.0%</w:t>
            </w:r>
          </w:p>
        </w:tc>
      </w:tr>
      <w:tr w:rsidR="00061B7B" w14:paraId="35E79CC9" w14:textId="77777777">
        <w:trPr>
          <w:jc w:val="center"/>
        </w:trPr>
        <w:tc>
          <w:tcPr>
            <w:tcW w:w="4032" w:type="dxa"/>
            <w:vAlign w:val="center"/>
          </w:tcPr>
          <w:p w14:paraId="28452754" w14:textId="77777777" w:rsidR="00061B7B" w:rsidRDefault="00000000">
            <w:pPr>
              <w:rPr>
                <w:lang w:eastAsia="ja-JP"/>
              </w:rPr>
            </w:pPr>
            <w:r>
              <w:rPr>
                <w:sz w:val="17"/>
                <w:lang w:eastAsia="ja-JP"/>
              </w:rPr>
              <w:t>スタッフからの声掛け</w:t>
            </w:r>
          </w:p>
        </w:tc>
        <w:tc>
          <w:tcPr>
            <w:tcW w:w="2880" w:type="dxa"/>
            <w:vAlign w:val="center"/>
          </w:tcPr>
          <w:p w14:paraId="0002893A" w14:textId="77777777" w:rsidR="00061B7B" w:rsidRDefault="00000000">
            <w:pPr>
              <w:jc w:val="center"/>
            </w:pPr>
            <w:r>
              <w:rPr>
                <w:sz w:val="17"/>
              </w:rPr>
              <w:t>93.0%</w:t>
            </w:r>
          </w:p>
        </w:tc>
        <w:tc>
          <w:tcPr>
            <w:tcW w:w="2880" w:type="dxa"/>
            <w:vAlign w:val="center"/>
          </w:tcPr>
          <w:p w14:paraId="7C572306" w14:textId="77777777" w:rsidR="00061B7B" w:rsidRDefault="00000000">
            <w:pPr>
              <w:jc w:val="center"/>
            </w:pPr>
            <w:r>
              <w:rPr>
                <w:sz w:val="17"/>
              </w:rPr>
              <w:t>85.5%</w:t>
            </w:r>
          </w:p>
        </w:tc>
      </w:tr>
    </w:tbl>
    <w:p w14:paraId="0DDEF1C6" w14:textId="77777777" w:rsidR="00061B7B" w:rsidRDefault="00000000">
      <w:pPr>
        <w:spacing w:after="80"/>
        <w:rPr>
          <w:lang w:eastAsia="ja-JP"/>
        </w:rPr>
      </w:pPr>
      <w:r>
        <w:rPr>
          <w:lang w:eastAsia="ja-JP"/>
        </w:rPr>
        <w:t>両月ともスタッフのあいさつ、話し方、態度、声掛けは高評価であった。7月は全4項目で「やや悪い」「悪い」が0件だった。8月は「スタッフからの声掛け」で「やや悪い」が1件あったが、その他の項目では「やや悪い」「悪い」はみられなかった。</w:t>
      </w:r>
    </w:p>
    <w:p w14:paraId="3CEDE2AA" w14:textId="77777777" w:rsidR="00061B7B" w:rsidRDefault="00000000">
      <w:pPr>
        <w:pStyle w:val="1"/>
        <w:rPr>
          <w:lang w:eastAsia="ja-JP"/>
        </w:rPr>
      </w:pPr>
      <w:r>
        <w:rPr>
          <w:lang w:eastAsia="ja-JP"/>
        </w:rPr>
        <w:t>7</w:t>
      </w:r>
      <w:r>
        <w:rPr>
          <w:lang w:eastAsia="ja-JP"/>
        </w:rPr>
        <w:t>．プールの衛生に関する評価（</w:t>
      </w:r>
      <w:r>
        <w:rPr>
          <w:lang w:eastAsia="ja-JP"/>
        </w:rPr>
        <w:t>Q6</w:t>
      </w:r>
      <w:r>
        <w:rPr>
          <w:lang w:eastAsia="ja-JP"/>
        </w:rPr>
        <w:t>）</w:t>
      </w:r>
    </w:p>
    <w:tbl>
      <w:tblPr>
        <w:tblStyle w:val="afe"/>
        <w:tblW w:w="0" w:type="auto"/>
        <w:jc w:val="center"/>
        <w:tblLook w:val="04A0" w:firstRow="1" w:lastRow="0" w:firstColumn="1" w:lastColumn="0" w:noHBand="0" w:noVBand="1"/>
      </w:tblPr>
      <w:tblGrid>
        <w:gridCol w:w="4032"/>
        <w:gridCol w:w="2880"/>
        <w:gridCol w:w="2880"/>
      </w:tblGrid>
      <w:tr w:rsidR="00061B7B" w14:paraId="3C02C9A3" w14:textId="77777777">
        <w:trPr>
          <w:jc w:val="center"/>
        </w:trPr>
        <w:tc>
          <w:tcPr>
            <w:tcW w:w="4032" w:type="dxa"/>
            <w:shd w:val="clear" w:color="auto" w:fill="D9EAF7"/>
            <w:vAlign w:val="center"/>
          </w:tcPr>
          <w:p w14:paraId="0D1D7445" w14:textId="77777777" w:rsidR="00061B7B" w:rsidRDefault="00000000">
            <w:pPr>
              <w:jc w:val="center"/>
            </w:pPr>
            <w:proofErr w:type="spellStart"/>
            <w:r>
              <w:rPr>
                <w:b/>
                <w:sz w:val="17"/>
              </w:rPr>
              <w:t>評価項目</w:t>
            </w:r>
            <w:proofErr w:type="spellEnd"/>
          </w:p>
        </w:tc>
        <w:tc>
          <w:tcPr>
            <w:tcW w:w="2880" w:type="dxa"/>
            <w:shd w:val="clear" w:color="auto" w:fill="D9EAF7"/>
            <w:vAlign w:val="center"/>
          </w:tcPr>
          <w:p w14:paraId="3E022CBF" w14:textId="77777777" w:rsidR="00061B7B" w:rsidRDefault="00000000">
            <w:pPr>
              <w:jc w:val="center"/>
            </w:pPr>
            <w:r>
              <w:rPr>
                <w:b/>
                <w:sz w:val="17"/>
              </w:rPr>
              <w:t>7月：良い＋やや良い</w:t>
            </w:r>
          </w:p>
        </w:tc>
        <w:tc>
          <w:tcPr>
            <w:tcW w:w="2880" w:type="dxa"/>
            <w:shd w:val="clear" w:color="auto" w:fill="D9EAF7"/>
            <w:vAlign w:val="center"/>
          </w:tcPr>
          <w:p w14:paraId="747B5F45" w14:textId="77777777" w:rsidR="00061B7B" w:rsidRDefault="00000000">
            <w:pPr>
              <w:jc w:val="center"/>
            </w:pPr>
            <w:r>
              <w:rPr>
                <w:b/>
                <w:sz w:val="17"/>
              </w:rPr>
              <w:t>8月：良い＋やや良い</w:t>
            </w:r>
          </w:p>
        </w:tc>
      </w:tr>
      <w:tr w:rsidR="00061B7B" w14:paraId="6B6BD050" w14:textId="77777777">
        <w:trPr>
          <w:jc w:val="center"/>
        </w:trPr>
        <w:tc>
          <w:tcPr>
            <w:tcW w:w="4032" w:type="dxa"/>
            <w:vAlign w:val="center"/>
          </w:tcPr>
          <w:p w14:paraId="51FE3786" w14:textId="77777777" w:rsidR="00061B7B" w:rsidRDefault="00000000">
            <w:pPr>
              <w:rPr>
                <w:lang w:eastAsia="ja-JP"/>
              </w:rPr>
            </w:pPr>
            <w:r>
              <w:rPr>
                <w:sz w:val="17"/>
                <w:lang w:eastAsia="ja-JP"/>
              </w:rPr>
              <w:t>プールの中はきれいでしたか</w:t>
            </w:r>
          </w:p>
        </w:tc>
        <w:tc>
          <w:tcPr>
            <w:tcW w:w="2880" w:type="dxa"/>
            <w:vAlign w:val="center"/>
          </w:tcPr>
          <w:p w14:paraId="20A4EA32" w14:textId="77777777" w:rsidR="00061B7B" w:rsidRDefault="00000000">
            <w:pPr>
              <w:jc w:val="center"/>
            </w:pPr>
            <w:r>
              <w:rPr>
                <w:sz w:val="17"/>
              </w:rPr>
              <w:t>82.5%</w:t>
            </w:r>
          </w:p>
        </w:tc>
        <w:tc>
          <w:tcPr>
            <w:tcW w:w="2880" w:type="dxa"/>
            <w:vAlign w:val="center"/>
          </w:tcPr>
          <w:p w14:paraId="71B943D2" w14:textId="77777777" w:rsidR="00061B7B" w:rsidRDefault="00000000">
            <w:pPr>
              <w:jc w:val="center"/>
            </w:pPr>
            <w:r>
              <w:rPr>
                <w:sz w:val="17"/>
              </w:rPr>
              <w:t>80.7%</w:t>
            </w:r>
          </w:p>
        </w:tc>
      </w:tr>
      <w:tr w:rsidR="00061B7B" w14:paraId="705CB1EB" w14:textId="77777777">
        <w:trPr>
          <w:jc w:val="center"/>
        </w:trPr>
        <w:tc>
          <w:tcPr>
            <w:tcW w:w="4032" w:type="dxa"/>
            <w:vAlign w:val="center"/>
          </w:tcPr>
          <w:p w14:paraId="2223852D" w14:textId="77777777" w:rsidR="00061B7B" w:rsidRDefault="00000000">
            <w:pPr>
              <w:rPr>
                <w:lang w:eastAsia="ja-JP"/>
              </w:rPr>
            </w:pPr>
            <w:r>
              <w:rPr>
                <w:sz w:val="17"/>
                <w:lang w:eastAsia="ja-JP"/>
              </w:rPr>
              <w:t>プールのまわりはきれいでしたか</w:t>
            </w:r>
          </w:p>
        </w:tc>
        <w:tc>
          <w:tcPr>
            <w:tcW w:w="2880" w:type="dxa"/>
            <w:vAlign w:val="center"/>
          </w:tcPr>
          <w:p w14:paraId="47B8C96B" w14:textId="77777777" w:rsidR="00061B7B" w:rsidRDefault="00000000">
            <w:pPr>
              <w:jc w:val="center"/>
            </w:pPr>
            <w:r>
              <w:rPr>
                <w:sz w:val="17"/>
              </w:rPr>
              <w:t>84.2%</w:t>
            </w:r>
          </w:p>
        </w:tc>
        <w:tc>
          <w:tcPr>
            <w:tcW w:w="2880" w:type="dxa"/>
            <w:vAlign w:val="center"/>
          </w:tcPr>
          <w:p w14:paraId="1713DEF2" w14:textId="77777777" w:rsidR="00061B7B" w:rsidRDefault="00000000">
            <w:pPr>
              <w:jc w:val="center"/>
            </w:pPr>
            <w:r>
              <w:rPr>
                <w:sz w:val="17"/>
              </w:rPr>
              <w:t>85.5%</w:t>
            </w:r>
          </w:p>
        </w:tc>
      </w:tr>
    </w:tbl>
    <w:p w14:paraId="57B84A6E" w14:textId="77777777" w:rsidR="00061B7B" w:rsidRDefault="00000000">
      <w:pPr>
        <w:spacing w:after="80"/>
        <w:rPr>
          <w:lang w:eastAsia="ja-JP"/>
        </w:rPr>
      </w:pPr>
      <w:r>
        <w:rPr>
          <w:lang w:eastAsia="ja-JP"/>
        </w:rPr>
        <w:t>プール内の評価は7月82.5％、8月80.7％で、8月が1.8ポイント低かった。一方、プール周辺の評価は7月84.2％、8月85.5％で、8月が1.3ポイント高かった。プール内の清潔さについては両月とも改善の余地があり、継続的な確認が必要である。</w:t>
      </w:r>
    </w:p>
    <w:p w14:paraId="540C461C" w14:textId="77777777" w:rsidR="00061B7B" w:rsidRDefault="00000000">
      <w:pPr>
        <w:pStyle w:val="1"/>
      </w:pPr>
      <w:r>
        <w:t>8</w:t>
      </w:r>
      <w:r>
        <w:t>．再利用意向（</w:t>
      </w:r>
      <w:r>
        <w:t>Q7</w:t>
      </w:r>
      <w:r>
        <w:t>）</w:t>
      </w:r>
    </w:p>
    <w:tbl>
      <w:tblPr>
        <w:tblStyle w:val="afe"/>
        <w:tblW w:w="0" w:type="auto"/>
        <w:jc w:val="center"/>
        <w:tblLook w:val="04A0" w:firstRow="1" w:lastRow="0" w:firstColumn="1" w:lastColumn="0" w:noHBand="0" w:noVBand="1"/>
      </w:tblPr>
      <w:tblGrid>
        <w:gridCol w:w="2788"/>
        <w:gridCol w:w="2306"/>
        <w:gridCol w:w="2828"/>
        <w:gridCol w:w="2292"/>
      </w:tblGrid>
      <w:tr w:rsidR="00061B7B" w14:paraId="244814EC" w14:textId="77777777">
        <w:trPr>
          <w:jc w:val="center"/>
        </w:trPr>
        <w:tc>
          <w:tcPr>
            <w:tcW w:w="3024" w:type="dxa"/>
            <w:shd w:val="clear" w:color="auto" w:fill="D9EAF7"/>
            <w:vAlign w:val="center"/>
          </w:tcPr>
          <w:p w14:paraId="75EA8C71" w14:textId="77777777" w:rsidR="00061B7B" w:rsidRDefault="00000000">
            <w:pPr>
              <w:jc w:val="center"/>
            </w:pPr>
            <w:r>
              <w:rPr>
                <w:b/>
                <w:sz w:val="15"/>
              </w:rPr>
              <w:t>回答内容</w:t>
            </w:r>
          </w:p>
        </w:tc>
        <w:tc>
          <w:tcPr>
            <w:tcW w:w="2448" w:type="dxa"/>
            <w:shd w:val="clear" w:color="auto" w:fill="D9EAF7"/>
            <w:vAlign w:val="center"/>
          </w:tcPr>
          <w:p w14:paraId="421AB6F3" w14:textId="77777777" w:rsidR="00061B7B" w:rsidRDefault="00000000">
            <w:pPr>
              <w:jc w:val="center"/>
            </w:pPr>
            <w:r>
              <w:rPr>
                <w:b/>
                <w:sz w:val="15"/>
              </w:rPr>
              <w:t>7月</w:t>
            </w:r>
          </w:p>
        </w:tc>
        <w:tc>
          <w:tcPr>
            <w:tcW w:w="3024" w:type="dxa"/>
            <w:shd w:val="clear" w:color="auto" w:fill="D9EAF7"/>
            <w:vAlign w:val="center"/>
          </w:tcPr>
          <w:p w14:paraId="15E95156" w14:textId="77777777" w:rsidR="00061B7B" w:rsidRDefault="00000000">
            <w:pPr>
              <w:jc w:val="center"/>
            </w:pPr>
            <w:r>
              <w:rPr>
                <w:b/>
                <w:sz w:val="15"/>
              </w:rPr>
              <w:t>8月</w:t>
            </w:r>
          </w:p>
        </w:tc>
        <w:tc>
          <w:tcPr>
            <w:tcW w:w="2448" w:type="dxa"/>
            <w:shd w:val="clear" w:color="auto" w:fill="D9EAF7"/>
            <w:vAlign w:val="center"/>
          </w:tcPr>
          <w:p w14:paraId="32E2078A" w14:textId="77777777" w:rsidR="00061B7B" w:rsidRDefault="00000000">
            <w:pPr>
              <w:jc w:val="center"/>
            </w:pPr>
            <w:r>
              <w:rPr>
                <w:b/>
                <w:sz w:val="15"/>
              </w:rPr>
              <w:t>合算</w:t>
            </w:r>
          </w:p>
        </w:tc>
      </w:tr>
      <w:tr w:rsidR="00061B7B" w14:paraId="48EB9722" w14:textId="77777777">
        <w:trPr>
          <w:jc w:val="center"/>
        </w:trPr>
        <w:tc>
          <w:tcPr>
            <w:tcW w:w="3024" w:type="dxa"/>
            <w:vAlign w:val="center"/>
          </w:tcPr>
          <w:p w14:paraId="7C5768C3" w14:textId="77777777" w:rsidR="00061B7B" w:rsidRDefault="00000000">
            <w:r>
              <w:rPr>
                <w:sz w:val="15"/>
              </w:rPr>
              <w:t>思う</w:t>
            </w:r>
          </w:p>
        </w:tc>
        <w:tc>
          <w:tcPr>
            <w:tcW w:w="2448" w:type="dxa"/>
            <w:vAlign w:val="center"/>
          </w:tcPr>
          <w:p w14:paraId="405B0889" w14:textId="77777777" w:rsidR="00061B7B" w:rsidRDefault="00000000">
            <w:pPr>
              <w:jc w:val="center"/>
            </w:pPr>
            <w:r>
              <w:rPr>
                <w:sz w:val="15"/>
              </w:rPr>
              <w:t>48件（84.2%）</w:t>
            </w:r>
          </w:p>
        </w:tc>
        <w:tc>
          <w:tcPr>
            <w:tcW w:w="3024" w:type="dxa"/>
            <w:vAlign w:val="center"/>
          </w:tcPr>
          <w:p w14:paraId="7F6347CF" w14:textId="77777777" w:rsidR="00061B7B" w:rsidRDefault="00000000">
            <w:pPr>
              <w:jc w:val="center"/>
            </w:pPr>
            <w:r>
              <w:rPr>
                <w:sz w:val="15"/>
              </w:rPr>
              <w:t>76件（91.6%）</w:t>
            </w:r>
          </w:p>
        </w:tc>
        <w:tc>
          <w:tcPr>
            <w:tcW w:w="2448" w:type="dxa"/>
            <w:vAlign w:val="center"/>
          </w:tcPr>
          <w:p w14:paraId="1EC6BA73" w14:textId="77777777" w:rsidR="00061B7B" w:rsidRDefault="00000000">
            <w:pPr>
              <w:jc w:val="center"/>
            </w:pPr>
            <w:r>
              <w:rPr>
                <w:sz w:val="15"/>
              </w:rPr>
              <w:t>124件</w:t>
            </w:r>
          </w:p>
        </w:tc>
      </w:tr>
      <w:tr w:rsidR="00061B7B" w14:paraId="4220AADC" w14:textId="77777777">
        <w:trPr>
          <w:jc w:val="center"/>
        </w:trPr>
        <w:tc>
          <w:tcPr>
            <w:tcW w:w="3024" w:type="dxa"/>
            <w:vAlign w:val="center"/>
          </w:tcPr>
          <w:p w14:paraId="1111C686" w14:textId="77777777" w:rsidR="00061B7B" w:rsidRDefault="00000000">
            <w:r>
              <w:rPr>
                <w:sz w:val="15"/>
              </w:rPr>
              <w:t>まあ思う</w:t>
            </w:r>
          </w:p>
        </w:tc>
        <w:tc>
          <w:tcPr>
            <w:tcW w:w="2448" w:type="dxa"/>
            <w:vAlign w:val="center"/>
          </w:tcPr>
          <w:p w14:paraId="71F9CDFB" w14:textId="77777777" w:rsidR="00061B7B" w:rsidRDefault="00000000">
            <w:pPr>
              <w:jc w:val="center"/>
            </w:pPr>
            <w:r>
              <w:rPr>
                <w:sz w:val="15"/>
              </w:rPr>
              <w:t>8件（14.0%）</w:t>
            </w:r>
          </w:p>
        </w:tc>
        <w:tc>
          <w:tcPr>
            <w:tcW w:w="3024" w:type="dxa"/>
            <w:vAlign w:val="center"/>
          </w:tcPr>
          <w:p w14:paraId="17600515" w14:textId="77777777" w:rsidR="00061B7B" w:rsidRDefault="00000000">
            <w:pPr>
              <w:jc w:val="center"/>
            </w:pPr>
            <w:r>
              <w:rPr>
                <w:sz w:val="15"/>
              </w:rPr>
              <w:t>4件（4.8%）</w:t>
            </w:r>
          </w:p>
        </w:tc>
        <w:tc>
          <w:tcPr>
            <w:tcW w:w="2448" w:type="dxa"/>
            <w:vAlign w:val="center"/>
          </w:tcPr>
          <w:p w14:paraId="59AFA382" w14:textId="77777777" w:rsidR="00061B7B" w:rsidRDefault="00000000">
            <w:pPr>
              <w:jc w:val="center"/>
            </w:pPr>
            <w:r>
              <w:rPr>
                <w:sz w:val="15"/>
              </w:rPr>
              <w:t>12件</w:t>
            </w:r>
          </w:p>
        </w:tc>
      </w:tr>
      <w:tr w:rsidR="00061B7B" w14:paraId="3D15874A" w14:textId="77777777">
        <w:trPr>
          <w:jc w:val="center"/>
        </w:trPr>
        <w:tc>
          <w:tcPr>
            <w:tcW w:w="3024" w:type="dxa"/>
            <w:vAlign w:val="center"/>
          </w:tcPr>
          <w:p w14:paraId="7A47A4B1" w14:textId="77777777" w:rsidR="00061B7B" w:rsidRDefault="00000000">
            <w:r>
              <w:rPr>
                <w:sz w:val="15"/>
              </w:rPr>
              <w:t>あまり思わない</w:t>
            </w:r>
          </w:p>
        </w:tc>
        <w:tc>
          <w:tcPr>
            <w:tcW w:w="2448" w:type="dxa"/>
            <w:vAlign w:val="center"/>
          </w:tcPr>
          <w:p w14:paraId="29861449" w14:textId="77777777" w:rsidR="00061B7B" w:rsidRDefault="00000000">
            <w:pPr>
              <w:jc w:val="center"/>
            </w:pPr>
            <w:r>
              <w:rPr>
                <w:sz w:val="15"/>
              </w:rPr>
              <w:t>1件（1.8%）</w:t>
            </w:r>
          </w:p>
        </w:tc>
        <w:tc>
          <w:tcPr>
            <w:tcW w:w="3024" w:type="dxa"/>
            <w:vAlign w:val="center"/>
          </w:tcPr>
          <w:p w14:paraId="17C50346" w14:textId="77777777" w:rsidR="00061B7B" w:rsidRDefault="00000000">
            <w:pPr>
              <w:jc w:val="center"/>
            </w:pPr>
            <w:r>
              <w:rPr>
                <w:sz w:val="15"/>
              </w:rPr>
              <w:t>0件（0.0%）</w:t>
            </w:r>
          </w:p>
        </w:tc>
        <w:tc>
          <w:tcPr>
            <w:tcW w:w="2448" w:type="dxa"/>
            <w:vAlign w:val="center"/>
          </w:tcPr>
          <w:p w14:paraId="7C1B443B" w14:textId="77777777" w:rsidR="00061B7B" w:rsidRDefault="00000000">
            <w:pPr>
              <w:jc w:val="center"/>
            </w:pPr>
            <w:r>
              <w:rPr>
                <w:sz w:val="15"/>
              </w:rPr>
              <w:t>1件</w:t>
            </w:r>
          </w:p>
        </w:tc>
      </w:tr>
      <w:tr w:rsidR="00061B7B" w14:paraId="28199DB4" w14:textId="77777777">
        <w:trPr>
          <w:jc w:val="center"/>
        </w:trPr>
        <w:tc>
          <w:tcPr>
            <w:tcW w:w="3024" w:type="dxa"/>
            <w:vAlign w:val="center"/>
          </w:tcPr>
          <w:p w14:paraId="7DF40576" w14:textId="77777777" w:rsidR="00061B7B" w:rsidRDefault="00000000">
            <w:r>
              <w:rPr>
                <w:sz w:val="15"/>
              </w:rPr>
              <w:t>思わない</w:t>
            </w:r>
          </w:p>
        </w:tc>
        <w:tc>
          <w:tcPr>
            <w:tcW w:w="2448" w:type="dxa"/>
            <w:vAlign w:val="center"/>
          </w:tcPr>
          <w:p w14:paraId="15826912" w14:textId="77777777" w:rsidR="00061B7B" w:rsidRDefault="00000000">
            <w:pPr>
              <w:jc w:val="center"/>
            </w:pPr>
            <w:r>
              <w:rPr>
                <w:sz w:val="15"/>
              </w:rPr>
              <w:t>0件（0.0%）</w:t>
            </w:r>
          </w:p>
        </w:tc>
        <w:tc>
          <w:tcPr>
            <w:tcW w:w="3024" w:type="dxa"/>
            <w:vAlign w:val="center"/>
          </w:tcPr>
          <w:p w14:paraId="47058BEA" w14:textId="77777777" w:rsidR="00061B7B" w:rsidRDefault="00000000">
            <w:pPr>
              <w:jc w:val="center"/>
              <w:rPr>
                <w:lang w:eastAsia="ja-JP"/>
              </w:rPr>
            </w:pPr>
            <w:r>
              <w:rPr>
                <w:sz w:val="15"/>
                <w:lang w:eastAsia="ja-JP"/>
              </w:rPr>
              <w:t>月別報告書に件数記載なし</w:t>
            </w:r>
          </w:p>
        </w:tc>
        <w:tc>
          <w:tcPr>
            <w:tcW w:w="2448" w:type="dxa"/>
            <w:vAlign w:val="center"/>
          </w:tcPr>
          <w:p w14:paraId="3AD56893" w14:textId="77777777" w:rsidR="00061B7B" w:rsidRDefault="00000000">
            <w:pPr>
              <w:jc w:val="center"/>
            </w:pPr>
            <w:r>
              <w:rPr>
                <w:sz w:val="15"/>
              </w:rPr>
              <w:t>0件（7月分）</w:t>
            </w:r>
          </w:p>
        </w:tc>
      </w:tr>
      <w:tr w:rsidR="00061B7B" w14:paraId="7C4D55B3" w14:textId="77777777">
        <w:trPr>
          <w:jc w:val="center"/>
        </w:trPr>
        <w:tc>
          <w:tcPr>
            <w:tcW w:w="3024" w:type="dxa"/>
            <w:vAlign w:val="center"/>
          </w:tcPr>
          <w:p w14:paraId="79C3D51C" w14:textId="77777777" w:rsidR="00061B7B" w:rsidRDefault="00000000">
            <w:pPr>
              <w:rPr>
                <w:lang w:eastAsia="ja-JP"/>
              </w:rPr>
            </w:pPr>
            <w:r>
              <w:rPr>
                <w:sz w:val="15"/>
                <w:lang w:eastAsia="ja-JP"/>
              </w:rPr>
              <w:t>肯定的回答（思う＋まあ思う）</w:t>
            </w:r>
          </w:p>
        </w:tc>
        <w:tc>
          <w:tcPr>
            <w:tcW w:w="2448" w:type="dxa"/>
            <w:vAlign w:val="center"/>
          </w:tcPr>
          <w:p w14:paraId="68D38164" w14:textId="77777777" w:rsidR="00061B7B" w:rsidRDefault="00000000">
            <w:pPr>
              <w:jc w:val="center"/>
            </w:pPr>
            <w:r>
              <w:rPr>
                <w:sz w:val="15"/>
              </w:rPr>
              <w:t>56件（98.2%）</w:t>
            </w:r>
          </w:p>
        </w:tc>
        <w:tc>
          <w:tcPr>
            <w:tcW w:w="3024" w:type="dxa"/>
            <w:vAlign w:val="center"/>
          </w:tcPr>
          <w:p w14:paraId="1517BAAA" w14:textId="77777777" w:rsidR="00061B7B" w:rsidRDefault="00000000">
            <w:pPr>
              <w:jc w:val="center"/>
            </w:pPr>
            <w:r>
              <w:rPr>
                <w:sz w:val="15"/>
              </w:rPr>
              <w:t>80件（96.4%）</w:t>
            </w:r>
          </w:p>
        </w:tc>
        <w:tc>
          <w:tcPr>
            <w:tcW w:w="2448" w:type="dxa"/>
            <w:vAlign w:val="center"/>
          </w:tcPr>
          <w:p w14:paraId="4A60BD5C" w14:textId="77777777" w:rsidR="00061B7B" w:rsidRDefault="00000000">
            <w:pPr>
              <w:jc w:val="center"/>
            </w:pPr>
            <w:r>
              <w:rPr>
                <w:sz w:val="15"/>
              </w:rPr>
              <w:t>136件（合計回答140件の97.1%）</w:t>
            </w:r>
          </w:p>
        </w:tc>
      </w:tr>
    </w:tbl>
    <w:p w14:paraId="7B7802B3" w14:textId="13EB0258" w:rsidR="00061B7B" w:rsidRDefault="00000000">
      <w:pPr>
        <w:spacing w:after="80"/>
        <w:rPr>
          <w:lang w:eastAsia="ja-JP"/>
        </w:rPr>
      </w:pPr>
      <w:r>
        <w:rPr>
          <w:lang w:eastAsia="ja-JP"/>
        </w:rPr>
        <w:t>※肯定的回答136件は、7月56件と8月80件の合計である。</w:t>
      </w:r>
    </w:p>
    <w:p w14:paraId="460C8A75" w14:textId="5818C375" w:rsidR="00061B7B" w:rsidRDefault="00000000">
      <w:pPr>
        <w:pStyle w:val="1"/>
        <w:rPr>
          <w:lang w:eastAsia="ja-JP"/>
        </w:rPr>
      </w:pPr>
      <w:r>
        <w:rPr>
          <w:lang w:eastAsia="ja-JP"/>
        </w:rPr>
        <w:lastRenderedPageBreak/>
        <w:t>9</w:t>
      </w:r>
      <w:r>
        <w:rPr>
          <w:lang w:eastAsia="ja-JP"/>
        </w:rPr>
        <w:t>．自由記述にみられた主な意見</w:t>
      </w:r>
    </w:p>
    <w:p w14:paraId="6A28870A" w14:textId="4253FD2A" w:rsidR="00061B7B" w:rsidRDefault="00000000">
      <w:pPr>
        <w:pStyle w:val="21"/>
        <w:rPr>
          <w:lang w:eastAsia="ja-JP"/>
        </w:rPr>
      </w:pPr>
      <w:r>
        <w:rPr>
          <w:lang w:eastAsia="ja-JP"/>
        </w:rPr>
        <w:t>（</w:t>
      </w:r>
      <w:r>
        <w:rPr>
          <w:lang w:eastAsia="ja-JP"/>
        </w:rPr>
        <w:t>1</w:t>
      </w:r>
      <w:r>
        <w:rPr>
          <w:lang w:eastAsia="ja-JP"/>
        </w:rPr>
        <w:t>）再利用したい理由・評価</w:t>
      </w:r>
    </w:p>
    <w:p w14:paraId="2FD170FC" w14:textId="4198DB00" w:rsidR="00061B7B" w:rsidRDefault="00000000">
      <w:pPr>
        <w:spacing w:after="80"/>
        <w:rPr>
          <w:lang w:eastAsia="ja-JP"/>
        </w:rPr>
      </w:pPr>
      <w:r>
        <w:rPr>
          <w:lang w:eastAsia="ja-JP"/>
        </w:rPr>
        <w:t>・プールで遊ぶことが楽しい、久しぶりに泳げる、子どもが喜ぶなど、楽しさや満足感に関する意見。</w:t>
      </w:r>
    </w:p>
    <w:p w14:paraId="10E85209" w14:textId="2F3D0F63" w:rsidR="00061B7B" w:rsidRDefault="00000000">
      <w:pPr>
        <w:spacing w:after="80"/>
        <w:rPr>
          <w:lang w:eastAsia="ja-JP"/>
        </w:rPr>
      </w:pPr>
      <w:r>
        <w:rPr>
          <w:lang w:eastAsia="ja-JP"/>
        </w:rPr>
        <w:t>・自宅から近い、徒歩で来られる、利用しやすい、無料で利用できるなど、アクセスや利便性に関する意見。</w:t>
      </w:r>
    </w:p>
    <w:p w14:paraId="3B9FD89E" w14:textId="16488087" w:rsidR="00061B7B" w:rsidRDefault="00000000">
      <w:pPr>
        <w:spacing w:after="80"/>
        <w:rPr>
          <w:lang w:eastAsia="ja-JP"/>
        </w:rPr>
      </w:pPr>
      <w:r>
        <w:rPr>
          <w:lang w:eastAsia="ja-JP"/>
        </w:rPr>
        <w:t>・スタッフが親切で優しい、対応がよいなど、スタッフの接遇に関する評価。</w:t>
      </w:r>
    </w:p>
    <w:p w14:paraId="7E460BD2" w14:textId="0713454D" w:rsidR="00061B7B" w:rsidRDefault="00000000">
      <w:pPr>
        <w:spacing w:after="80"/>
        <w:rPr>
          <w:lang w:eastAsia="ja-JP"/>
        </w:rPr>
      </w:pPr>
      <w:r>
        <w:rPr>
          <w:lang w:eastAsia="ja-JP"/>
        </w:rPr>
        <w:t>・プールがきれい、清潔で気持ちよく過ごせるといった評価がある一方、プール内の汚れや時間の経過による清潔さの変化を指摘する意見。</w:t>
      </w:r>
    </w:p>
    <w:p w14:paraId="6040831B" w14:textId="33CF5213" w:rsidR="00061B7B" w:rsidRDefault="00000000">
      <w:pPr>
        <w:pStyle w:val="21"/>
        <w:rPr>
          <w:lang w:eastAsia="ja-JP"/>
        </w:rPr>
      </w:pPr>
      <w:r>
        <w:rPr>
          <w:lang w:eastAsia="ja-JP"/>
        </w:rPr>
        <w:t>（</w:t>
      </w:r>
      <w:r>
        <w:rPr>
          <w:lang w:eastAsia="ja-JP"/>
        </w:rPr>
        <w:t>2</w:t>
      </w:r>
      <w:r>
        <w:rPr>
          <w:lang w:eastAsia="ja-JP"/>
        </w:rPr>
        <w:t>）その他の意見・要望</w:t>
      </w:r>
    </w:p>
    <w:p w14:paraId="25F27A8D" w14:textId="3FF5C3F6" w:rsidR="00061B7B" w:rsidRDefault="00000000">
      <w:pPr>
        <w:spacing w:after="80"/>
        <w:rPr>
          <w:lang w:eastAsia="ja-JP"/>
        </w:rPr>
      </w:pPr>
      <w:r>
        <w:rPr>
          <w:lang w:eastAsia="ja-JP"/>
        </w:rPr>
        <w:t>・次年度も実施してほしい、来年も利用したいという要望。</w:t>
      </w:r>
    </w:p>
    <w:p w14:paraId="62544199" w14:textId="58278FE8" w:rsidR="00061B7B" w:rsidRDefault="00000000">
      <w:pPr>
        <w:spacing w:after="80"/>
        <w:rPr>
          <w:lang w:eastAsia="ja-JP"/>
        </w:rPr>
      </w:pPr>
      <w:r>
        <w:rPr>
          <w:lang w:eastAsia="ja-JP"/>
        </w:rPr>
        <w:t>・プール内の清掃に加え、トイレや更衣室の清潔さを改善してほしいという意見。</w:t>
      </w:r>
    </w:p>
    <w:p w14:paraId="55656445" w14:textId="06FFB9F8" w:rsidR="00061B7B" w:rsidRDefault="00000000">
      <w:pPr>
        <w:spacing w:after="80"/>
        <w:rPr>
          <w:lang w:eastAsia="ja-JP"/>
        </w:rPr>
      </w:pPr>
      <w:r>
        <w:rPr>
          <w:lang w:eastAsia="ja-JP"/>
        </w:rPr>
        <w:t>・午後の日陰やテントなど、日よけを増やしてほしいという要望。</w:t>
      </w:r>
    </w:p>
    <w:p w14:paraId="2DC4952B" w14:textId="2F2A7B90" w:rsidR="00061B7B" w:rsidRDefault="00000000">
      <w:pPr>
        <w:spacing w:after="80"/>
        <w:rPr>
          <w:lang w:eastAsia="ja-JP"/>
        </w:rPr>
      </w:pPr>
      <w:r>
        <w:rPr>
          <w:lang w:eastAsia="ja-JP"/>
        </w:rPr>
        <w:t>・ビート板・浮き輪・ボール等の貸出し、車での利用、実施日程の周知に関する要望。</w:t>
      </w:r>
    </w:p>
    <w:p w14:paraId="699B4DE3" w14:textId="71E5B936" w:rsidR="00061B7B" w:rsidRDefault="00000000">
      <w:pPr>
        <w:spacing w:after="80"/>
        <w:rPr>
          <w:lang w:eastAsia="ja-JP"/>
        </w:rPr>
      </w:pPr>
      <w:r>
        <w:rPr>
          <w:lang w:eastAsia="ja-JP"/>
        </w:rPr>
        <w:t>・安全に泳ぐための専用レーン設置や、ルール違反への注意をより徹底してほしいという意見。</w:t>
      </w:r>
    </w:p>
    <w:p w14:paraId="0607F14F" w14:textId="77777777" w:rsidR="00061B7B" w:rsidRDefault="00000000">
      <w:pPr>
        <w:spacing w:after="80"/>
        <w:rPr>
          <w:lang w:eastAsia="ja-JP"/>
        </w:rPr>
      </w:pPr>
      <w:r>
        <w:rPr>
          <w:lang w:eastAsia="ja-JP"/>
        </w:rPr>
        <w:t>・スタッフへの感謝や、学校プール開放の実施を喜ぶ意見。</w:t>
      </w:r>
    </w:p>
    <w:p w14:paraId="79C11021" w14:textId="041C970C" w:rsidR="00061B7B" w:rsidRDefault="00000000">
      <w:pPr>
        <w:pStyle w:val="1"/>
        <w:rPr>
          <w:lang w:eastAsia="ja-JP"/>
        </w:rPr>
      </w:pPr>
      <w:r>
        <w:rPr>
          <w:lang w:eastAsia="ja-JP"/>
        </w:rPr>
        <w:t>10</w:t>
      </w:r>
      <w:r>
        <w:rPr>
          <w:lang w:eastAsia="ja-JP"/>
        </w:rPr>
        <w:t>．総括</w:t>
      </w:r>
    </w:p>
    <w:p w14:paraId="7E94B72C" w14:textId="1E9648CB" w:rsidR="00061B7B" w:rsidRDefault="00000000">
      <w:pPr>
        <w:spacing w:after="80"/>
        <w:rPr>
          <w:lang w:eastAsia="ja-JP"/>
        </w:rPr>
      </w:pPr>
      <w:r>
        <w:rPr>
          <w:lang w:eastAsia="ja-JP"/>
        </w:rPr>
        <w:t>7月・8月分の合計140件の回答から、スタッフの接遇に対する評価は概ね高く、再利用意向も高い水準であることが確認できた。自宅からの近さや利用のしやすさ、無料で利用できること、子どもが楽しめることなどが、利用者から評価されている。</w:t>
      </w:r>
    </w:p>
    <w:p w14:paraId="2A44167C" w14:textId="1259F447" w:rsidR="00061B7B" w:rsidRDefault="00000000">
      <w:pPr>
        <w:spacing w:after="80"/>
        <w:rPr>
          <w:lang w:eastAsia="ja-JP"/>
        </w:rPr>
      </w:pPr>
      <w:r>
        <w:rPr>
          <w:lang w:eastAsia="ja-JP"/>
        </w:rPr>
        <w:t>一方、プール内の清潔さはスタッフ対応と比べて評価が低く、自由記述でもプールの汚れ、トイレ・更衣室の清潔さに関する指摘が寄せられた。また、日よけ、備品貸出し、利用案内の周知、安全面など、運営環境に関する要望も確認された。今後は、衛生管理を重点的に継続しながら、利用者の意見を踏まえた運営改善を検討することが望まれる。</w:t>
      </w:r>
    </w:p>
    <w:p w14:paraId="111F647F" w14:textId="153EE1B7" w:rsidR="00061B7B" w:rsidRDefault="00000000">
      <w:pPr>
        <w:pStyle w:val="1"/>
        <w:rPr>
          <w:lang w:eastAsia="ja-JP"/>
        </w:rPr>
      </w:pPr>
      <w:r>
        <w:rPr>
          <w:lang w:eastAsia="ja-JP"/>
        </w:rPr>
        <w:t>11</w:t>
      </w:r>
      <w:r>
        <w:rPr>
          <w:lang w:eastAsia="ja-JP"/>
        </w:rPr>
        <w:t>．今後の対応について</w:t>
      </w:r>
    </w:p>
    <w:p w14:paraId="7C5F209E" w14:textId="04854237" w:rsidR="00061B7B" w:rsidRDefault="00000000">
      <w:pPr>
        <w:spacing w:after="80"/>
        <w:rPr>
          <w:lang w:eastAsia="ja-JP"/>
        </w:rPr>
      </w:pPr>
      <w:r>
        <w:rPr>
          <w:lang w:eastAsia="ja-JP"/>
        </w:rPr>
        <w:t>・プール内およびプール周辺の清掃・衛生状態を、利用時間帯も含めて継続的に確認する。</w:t>
      </w:r>
    </w:p>
    <w:p w14:paraId="68734E59" w14:textId="77777777" w:rsidR="00061B7B" w:rsidRDefault="00000000">
      <w:pPr>
        <w:spacing w:after="80"/>
        <w:rPr>
          <w:lang w:eastAsia="ja-JP"/>
        </w:rPr>
      </w:pPr>
      <w:r>
        <w:rPr>
          <w:lang w:eastAsia="ja-JP"/>
        </w:rPr>
        <w:t>・トイレ・更衣室等の周辺設備について、点検・清掃を行い、清潔な状態を維持する。</w:t>
      </w:r>
    </w:p>
    <w:p w14:paraId="2A919D67" w14:textId="77777777" w:rsidR="00061B7B" w:rsidRDefault="00000000">
      <w:pPr>
        <w:spacing w:after="80"/>
        <w:rPr>
          <w:lang w:eastAsia="ja-JP"/>
        </w:rPr>
      </w:pPr>
      <w:r>
        <w:rPr>
          <w:lang w:eastAsia="ja-JP"/>
        </w:rPr>
        <w:t>・スタッフの良好な接遇（あいさつ・話し方・態度・声掛け）を引き続き維持する。</w:t>
      </w:r>
    </w:p>
    <w:p w14:paraId="2F502F91" w14:textId="77777777" w:rsidR="00061B7B" w:rsidRDefault="00000000">
      <w:pPr>
        <w:spacing w:after="80"/>
        <w:rPr>
          <w:lang w:eastAsia="ja-JP"/>
        </w:rPr>
      </w:pPr>
      <w:r>
        <w:rPr>
          <w:lang w:eastAsia="ja-JP"/>
        </w:rPr>
        <w:t>・日よけ、備品貸出し、利用日程の周知、安全確保等について、利用者の要望を次年度以降の運営改善の参考とする。</w:t>
      </w:r>
    </w:p>
    <w:p w14:paraId="132A7C65" w14:textId="5FF2DD4C" w:rsidR="00E61854" w:rsidRDefault="00000000" w:rsidP="00E61854">
      <w:pPr>
        <w:spacing w:after="80"/>
        <w:rPr>
          <w:lang w:eastAsia="ja-JP"/>
        </w:rPr>
      </w:pPr>
      <w:r>
        <w:rPr>
          <w:lang w:eastAsia="ja-JP"/>
        </w:rPr>
        <w:t>・次年度も実施してほしいという声を踏まえ、幅広い利用者が安心して快適に利用できる環境づくりに努める。</w:t>
      </w:r>
    </w:p>
    <w:p w14:paraId="4DDE36E4" w14:textId="2B2EDDD3" w:rsidR="00E61854" w:rsidRDefault="00E61854" w:rsidP="00ED7739">
      <w:pPr>
        <w:tabs>
          <w:tab w:val="left" w:pos="8222"/>
        </w:tabs>
        <w:spacing w:after="80"/>
        <w:rPr>
          <w:lang w:eastAsia="ja-JP"/>
        </w:rPr>
      </w:pPr>
    </w:p>
    <w:p w14:paraId="7D5F572F" w14:textId="6D373704" w:rsidR="00061B7B" w:rsidRDefault="00000000">
      <w:pPr>
        <w:pStyle w:val="1"/>
        <w:rPr>
          <w:lang w:eastAsia="ja-JP"/>
        </w:rPr>
      </w:pPr>
      <w:r>
        <w:rPr>
          <w:rFonts w:ascii="Yu Gothic" w:eastAsia="Yu Gothic" w:hAnsi="Yu Gothic"/>
          <w:lang w:eastAsia="ja-JP"/>
        </w:rPr>
        <w:lastRenderedPageBreak/>
        <w:t>利用学校別・町名別集計（7月・8月）</w:t>
      </w:r>
    </w:p>
    <w:p w14:paraId="4DA0902C" w14:textId="4C8C9E89" w:rsidR="00061B7B" w:rsidRDefault="00E61854">
      <w:pPr>
        <w:spacing w:after="100"/>
        <w:rPr>
          <w:lang w:eastAsia="ja-JP"/>
        </w:rPr>
      </w:pPr>
      <w:r w:rsidRPr="00E61854">
        <w:rPr>
          <w:rFonts w:hint="eastAsia"/>
          <w:lang w:eastAsia="ja-JP"/>
        </w:rPr>
        <w:t>各学校の</w:t>
      </w:r>
      <w:r>
        <w:rPr>
          <w:rFonts w:hint="eastAsia"/>
          <w:lang w:eastAsia="ja-JP"/>
        </w:rPr>
        <w:t>利用者</w:t>
      </w:r>
      <w:r w:rsidRPr="00E61854">
        <w:rPr>
          <w:rFonts w:hint="eastAsia"/>
          <w:lang w:eastAsia="ja-JP"/>
        </w:rPr>
        <w:t>に、どの町から来たかを尋ねたアンケート結果を、学校ごとに集計したもので</w:t>
      </w:r>
      <w:r>
        <w:rPr>
          <w:rFonts w:hint="eastAsia"/>
          <w:lang w:eastAsia="ja-JP"/>
        </w:rPr>
        <w:t>ある</w:t>
      </w:r>
      <w:r>
        <w:rPr>
          <w:lang w:eastAsia="ja-JP"/>
        </w:rPr>
        <w:t>。</w:t>
      </w:r>
    </w:p>
    <w:p w14:paraId="57C0F5DF" w14:textId="3187C1EE" w:rsidR="00061B7B" w:rsidRDefault="00000000" w:rsidP="00F01AAA">
      <w:pPr>
        <w:spacing w:after="160"/>
        <w:rPr>
          <w:lang w:eastAsia="ja-JP"/>
        </w:rPr>
      </w:pPr>
      <w:r>
        <w:rPr>
          <w:lang w:eastAsia="ja-JP"/>
        </w:rPr>
        <w:t>町名が「未記入」または空欄の回答は</w:t>
      </w:r>
      <w:r w:rsidR="00E61854">
        <w:rPr>
          <w:rFonts w:hint="eastAsia"/>
          <w:lang w:eastAsia="ja-JP"/>
        </w:rPr>
        <w:t>、</w:t>
      </w:r>
      <w:r>
        <w:rPr>
          <w:lang w:eastAsia="ja-JP"/>
        </w:rPr>
        <w:t>集計対象から除外した。</w:t>
      </w:r>
    </w:p>
    <w:p w14:paraId="10AF0A9A" w14:textId="402782A8" w:rsidR="00061B7B" w:rsidRDefault="00163C17" w:rsidP="00F01AAA">
      <w:pPr>
        <w:pStyle w:val="a0"/>
        <w:numPr>
          <w:ilvl w:val="0"/>
          <w:numId w:val="0"/>
        </w:numPr>
        <w:ind w:left="360" w:hanging="360"/>
        <w:rPr>
          <w:lang w:eastAsia="ja-JP"/>
        </w:rPr>
      </w:pPr>
      <w:r>
        <w:rPr>
          <w:noProof/>
        </w:rPr>
        <w:drawing>
          <wp:anchor distT="0" distB="0" distL="114300" distR="114300" simplePos="0" relativeHeight="251662336" behindDoc="0" locked="0" layoutInCell="1" allowOverlap="1" wp14:anchorId="3F1348B0" wp14:editId="63BCE3A4">
            <wp:simplePos x="0" y="0"/>
            <wp:positionH relativeFrom="margin">
              <wp:posOffset>-147320</wp:posOffset>
            </wp:positionH>
            <wp:positionV relativeFrom="paragraph">
              <wp:posOffset>72390</wp:posOffset>
            </wp:positionV>
            <wp:extent cx="6637655" cy="404622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927" t="16331" r="1954" b="5501"/>
                    <a:stretch/>
                  </pic:blipFill>
                  <pic:spPr bwMode="auto">
                    <a:xfrm>
                      <a:off x="0" y="0"/>
                      <a:ext cx="6637655" cy="4046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DF6940" w14:textId="1F09CE7F" w:rsidR="00484408" w:rsidRDefault="00484408" w:rsidP="00EF27F4">
      <w:pPr>
        <w:pStyle w:val="a0"/>
        <w:numPr>
          <w:ilvl w:val="0"/>
          <w:numId w:val="0"/>
        </w:numPr>
        <w:rPr>
          <w:lang w:eastAsia="ja-JP"/>
        </w:rPr>
      </w:pPr>
    </w:p>
    <w:p w14:paraId="336D3C43" w14:textId="7006E79E" w:rsidR="0092596F" w:rsidRDefault="0092596F" w:rsidP="00EF27F4">
      <w:pPr>
        <w:pStyle w:val="a0"/>
        <w:numPr>
          <w:ilvl w:val="0"/>
          <w:numId w:val="0"/>
        </w:numPr>
        <w:rPr>
          <w:lang w:eastAsia="ja-JP"/>
        </w:rPr>
      </w:pPr>
    </w:p>
    <w:p w14:paraId="25208384" w14:textId="55A21ACA" w:rsidR="00F4070C" w:rsidRDefault="00F4070C" w:rsidP="00EF27F4">
      <w:pPr>
        <w:pStyle w:val="a0"/>
        <w:numPr>
          <w:ilvl w:val="0"/>
          <w:numId w:val="0"/>
        </w:numPr>
        <w:rPr>
          <w:lang w:eastAsia="ja-JP"/>
        </w:rPr>
      </w:pPr>
    </w:p>
    <w:p w14:paraId="3D513B5D" w14:textId="74F95F31" w:rsidR="0092596F" w:rsidRPr="0092596F" w:rsidRDefault="00F4070C" w:rsidP="00EF27F4">
      <w:pPr>
        <w:pStyle w:val="a0"/>
        <w:numPr>
          <w:ilvl w:val="0"/>
          <w:numId w:val="0"/>
        </w:numPr>
        <w:rPr>
          <w:lang w:eastAsia="ja-JP"/>
        </w:rPr>
      </w:pPr>
      <w:r>
        <w:rPr>
          <w:noProof/>
        </w:rPr>
        <w:drawing>
          <wp:anchor distT="0" distB="0" distL="114300" distR="114300" simplePos="0" relativeHeight="251661312" behindDoc="0" locked="0" layoutInCell="1" allowOverlap="1" wp14:anchorId="3DAF1423" wp14:editId="2D32F115">
            <wp:simplePos x="0" y="0"/>
            <wp:positionH relativeFrom="margin">
              <wp:posOffset>-146685</wp:posOffset>
            </wp:positionH>
            <wp:positionV relativeFrom="paragraph">
              <wp:posOffset>3188639</wp:posOffset>
            </wp:positionV>
            <wp:extent cx="6647290" cy="2719070"/>
            <wp:effectExtent l="0" t="0" r="1270" b="508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141" t="48119" r="6019" b="5457"/>
                    <a:stretch/>
                  </pic:blipFill>
                  <pic:spPr bwMode="auto">
                    <a:xfrm>
                      <a:off x="0" y="0"/>
                      <a:ext cx="6647290" cy="2719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92596F" w:rsidRPr="0092596F" w:rsidSect="0003461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105EE" w14:textId="77777777" w:rsidR="00766D4A" w:rsidRDefault="00766D4A">
      <w:pPr>
        <w:spacing w:after="0" w:line="240" w:lineRule="auto"/>
      </w:pPr>
      <w:r>
        <w:separator/>
      </w:r>
    </w:p>
  </w:endnote>
  <w:endnote w:type="continuationSeparator" w:id="0">
    <w:p w14:paraId="7A20A489" w14:textId="77777777" w:rsidR="00766D4A" w:rsidRDefault="00766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9D0AC" w14:textId="77777777" w:rsidR="00766D4A" w:rsidRDefault="00766D4A">
      <w:pPr>
        <w:spacing w:after="0" w:line="240" w:lineRule="auto"/>
      </w:pPr>
      <w:r>
        <w:separator/>
      </w:r>
    </w:p>
  </w:footnote>
  <w:footnote w:type="continuationSeparator" w:id="0">
    <w:p w14:paraId="4FEA261D" w14:textId="77777777" w:rsidR="00766D4A" w:rsidRDefault="00766D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69325263">
    <w:abstractNumId w:val="8"/>
  </w:num>
  <w:num w:numId="2" w16cid:durableId="869494251">
    <w:abstractNumId w:val="6"/>
  </w:num>
  <w:num w:numId="3" w16cid:durableId="125050650">
    <w:abstractNumId w:val="5"/>
  </w:num>
  <w:num w:numId="4" w16cid:durableId="1384258579">
    <w:abstractNumId w:val="4"/>
  </w:num>
  <w:num w:numId="5" w16cid:durableId="265238672">
    <w:abstractNumId w:val="7"/>
  </w:num>
  <w:num w:numId="6" w16cid:durableId="2134860406">
    <w:abstractNumId w:val="3"/>
  </w:num>
  <w:num w:numId="7" w16cid:durableId="1371341521">
    <w:abstractNumId w:val="2"/>
  </w:num>
  <w:num w:numId="8" w16cid:durableId="886843637">
    <w:abstractNumId w:val="1"/>
  </w:num>
  <w:num w:numId="9" w16cid:durableId="192440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B7B"/>
    <w:rsid w:val="0009221B"/>
    <w:rsid w:val="00112890"/>
    <w:rsid w:val="00120382"/>
    <w:rsid w:val="0015074B"/>
    <w:rsid w:val="00163C17"/>
    <w:rsid w:val="001808A8"/>
    <w:rsid w:val="00184AF0"/>
    <w:rsid w:val="00186467"/>
    <w:rsid w:val="0020424B"/>
    <w:rsid w:val="00220A5A"/>
    <w:rsid w:val="002476BA"/>
    <w:rsid w:val="002663D1"/>
    <w:rsid w:val="0029639D"/>
    <w:rsid w:val="002A1DAE"/>
    <w:rsid w:val="00326F90"/>
    <w:rsid w:val="00405F26"/>
    <w:rsid w:val="0044000D"/>
    <w:rsid w:val="00474C29"/>
    <w:rsid w:val="00484408"/>
    <w:rsid w:val="00497CF5"/>
    <w:rsid w:val="00506906"/>
    <w:rsid w:val="00595905"/>
    <w:rsid w:val="005972B6"/>
    <w:rsid w:val="006458E0"/>
    <w:rsid w:val="00662906"/>
    <w:rsid w:val="00725351"/>
    <w:rsid w:val="00766D4A"/>
    <w:rsid w:val="00774564"/>
    <w:rsid w:val="007B523F"/>
    <w:rsid w:val="007C2EA6"/>
    <w:rsid w:val="00801AA6"/>
    <w:rsid w:val="00885A73"/>
    <w:rsid w:val="0092596F"/>
    <w:rsid w:val="00956E51"/>
    <w:rsid w:val="00983866"/>
    <w:rsid w:val="009C14A0"/>
    <w:rsid w:val="00A509DA"/>
    <w:rsid w:val="00A64BED"/>
    <w:rsid w:val="00AA1D8D"/>
    <w:rsid w:val="00AD4EB2"/>
    <w:rsid w:val="00AD550C"/>
    <w:rsid w:val="00B168C2"/>
    <w:rsid w:val="00B313FE"/>
    <w:rsid w:val="00B405AB"/>
    <w:rsid w:val="00B47730"/>
    <w:rsid w:val="00B502C1"/>
    <w:rsid w:val="00B8331F"/>
    <w:rsid w:val="00C0014E"/>
    <w:rsid w:val="00C52B11"/>
    <w:rsid w:val="00C66593"/>
    <w:rsid w:val="00CB0664"/>
    <w:rsid w:val="00CC0939"/>
    <w:rsid w:val="00D657BB"/>
    <w:rsid w:val="00D86285"/>
    <w:rsid w:val="00D909B8"/>
    <w:rsid w:val="00E41EC3"/>
    <w:rsid w:val="00E61854"/>
    <w:rsid w:val="00ED7739"/>
    <w:rsid w:val="00EF27F4"/>
    <w:rsid w:val="00F01AAA"/>
    <w:rsid w:val="00F4070C"/>
    <w:rsid w:val="00FB2479"/>
    <w:rsid w:val="00FC25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38B72F4"/>
  <w14:defaultImageDpi w14:val="300"/>
  <w15:docId w15:val="{CDAF6F92-F054-4108-8D90-D46AC46C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8">
    <w:name w:val="カレンダー 1"/>
    <w:basedOn w:val="a3"/>
    <w:uiPriority w:val="99"/>
    <w:qFormat/>
    <w:rsid w:val="00405F26"/>
    <w:pPr>
      <w:spacing w:after="0" w:line="240" w:lineRule="auto"/>
    </w:pPr>
    <w:rPr>
      <w:lang w:eastAsia="ja-JP"/>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eastAsiaTheme="minorEastAsia"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5236">
      <w:bodyDiv w:val="1"/>
      <w:marLeft w:val="0"/>
      <w:marRight w:val="0"/>
      <w:marTop w:val="0"/>
      <w:marBottom w:val="0"/>
      <w:divBdr>
        <w:top w:val="none" w:sz="0" w:space="0" w:color="auto"/>
        <w:left w:val="none" w:sz="0" w:space="0" w:color="auto"/>
        <w:bottom w:val="none" w:sz="0" w:space="0" w:color="auto"/>
        <w:right w:val="none" w:sz="0" w:space="0" w:color="auto"/>
      </w:divBdr>
      <w:divsChild>
        <w:div w:id="1135175723">
          <w:marLeft w:val="0"/>
          <w:marRight w:val="0"/>
          <w:marTop w:val="0"/>
          <w:marBottom w:val="0"/>
          <w:divBdr>
            <w:top w:val="single" w:sz="2" w:space="0" w:color="D4D9E0"/>
            <w:left w:val="single" w:sz="2" w:space="0" w:color="D4D9E0"/>
            <w:bottom w:val="single" w:sz="2" w:space="0" w:color="D4D9E0"/>
            <w:right w:val="single" w:sz="2" w:space="0" w:color="D4D9E0"/>
          </w:divBdr>
          <w:divsChild>
            <w:div w:id="741367923">
              <w:marLeft w:val="0"/>
              <w:marRight w:val="0"/>
              <w:marTop w:val="0"/>
              <w:marBottom w:val="0"/>
              <w:divBdr>
                <w:top w:val="single" w:sz="2" w:space="0" w:color="D4D9E0"/>
                <w:left w:val="single" w:sz="2" w:space="0" w:color="D4D9E0"/>
                <w:bottom w:val="single" w:sz="2" w:space="0" w:color="D4D9E0"/>
                <w:right w:val="single" w:sz="2" w:space="0" w:color="D4D9E0"/>
              </w:divBdr>
            </w:div>
          </w:divsChild>
        </w:div>
        <w:div w:id="1681813465">
          <w:marLeft w:val="0"/>
          <w:marRight w:val="0"/>
          <w:marTop w:val="0"/>
          <w:marBottom w:val="0"/>
          <w:divBdr>
            <w:top w:val="single" w:sz="2" w:space="0" w:color="D4D9E0"/>
            <w:left w:val="single" w:sz="2" w:space="0" w:color="D4D9E0"/>
            <w:bottom w:val="single" w:sz="2" w:space="0" w:color="D4D9E0"/>
            <w:right w:val="single" w:sz="2" w:space="0" w:color="D4D9E0"/>
          </w:divBdr>
        </w:div>
      </w:divsChild>
    </w:div>
    <w:div w:id="602566621">
      <w:bodyDiv w:val="1"/>
      <w:marLeft w:val="0"/>
      <w:marRight w:val="0"/>
      <w:marTop w:val="0"/>
      <w:marBottom w:val="0"/>
      <w:divBdr>
        <w:top w:val="none" w:sz="0" w:space="0" w:color="auto"/>
        <w:left w:val="none" w:sz="0" w:space="0" w:color="auto"/>
        <w:bottom w:val="none" w:sz="0" w:space="0" w:color="auto"/>
        <w:right w:val="none" w:sz="0" w:space="0" w:color="auto"/>
      </w:divBdr>
      <w:divsChild>
        <w:div w:id="1169715118">
          <w:marLeft w:val="0"/>
          <w:marRight w:val="0"/>
          <w:marTop w:val="0"/>
          <w:marBottom w:val="0"/>
          <w:divBdr>
            <w:top w:val="none" w:sz="0" w:space="0" w:color="auto"/>
            <w:left w:val="none" w:sz="0" w:space="0" w:color="auto"/>
            <w:bottom w:val="none" w:sz="0" w:space="0" w:color="auto"/>
            <w:right w:val="none" w:sz="0" w:space="0" w:color="auto"/>
          </w:divBdr>
          <w:divsChild>
            <w:div w:id="1455446891">
              <w:marLeft w:val="0"/>
              <w:marRight w:val="0"/>
              <w:marTop w:val="0"/>
              <w:marBottom w:val="0"/>
              <w:divBdr>
                <w:top w:val="none" w:sz="0" w:space="0" w:color="auto"/>
                <w:left w:val="none" w:sz="0" w:space="0" w:color="auto"/>
                <w:bottom w:val="none" w:sz="0" w:space="0" w:color="auto"/>
                <w:right w:val="none" w:sz="0" w:space="0" w:color="auto"/>
              </w:divBdr>
              <w:divsChild>
                <w:div w:id="1697653755">
                  <w:marLeft w:val="0"/>
                  <w:marRight w:val="0"/>
                  <w:marTop w:val="0"/>
                  <w:marBottom w:val="180"/>
                  <w:divBdr>
                    <w:top w:val="none" w:sz="0" w:space="0" w:color="auto"/>
                    <w:left w:val="none" w:sz="0" w:space="0" w:color="auto"/>
                    <w:bottom w:val="single" w:sz="12" w:space="5" w:color="E9ECEF"/>
                    <w:right w:val="none" w:sz="0" w:space="0" w:color="auto"/>
                  </w:divBdr>
                </w:div>
                <w:div w:id="357126833">
                  <w:marLeft w:val="0"/>
                  <w:marRight w:val="0"/>
                  <w:marTop w:val="0"/>
                  <w:marBottom w:val="180"/>
                  <w:divBdr>
                    <w:top w:val="none" w:sz="0" w:space="0" w:color="auto"/>
                    <w:left w:val="none" w:sz="0" w:space="0" w:color="auto"/>
                    <w:bottom w:val="none" w:sz="0" w:space="0" w:color="auto"/>
                    <w:right w:val="none" w:sz="0" w:space="0" w:color="auto"/>
                  </w:divBdr>
                  <w:divsChild>
                    <w:div w:id="1722555452">
                      <w:marLeft w:val="0"/>
                      <w:marRight w:val="0"/>
                      <w:marTop w:val="0"/>
                      <w:marBottom w:val="0"/>
                      <w:divBdr>
                        <w:top w:val="none" w:sz="0" w:space="0" w:color="auto"/>
                        <w:left w:val="none" w:sz="0" w:space="0" w:color="auto"/>
                        <w:bottom w:val="none" w:sz="0" w:space="0" w:color="auto"/>
                        <w:right w:val="none" w:sz="0" w:space="0" w:color="auto"/>
                      </w:divBdr>
                    </w:div>
                    <w:div w:id="661785413">
                      <w:marLeft w:val="0"/>
                      <w:marRight w:val="0"/>
                      <w:marTop w:val="0"/>
                      <w:marBottom w:val="0"/>
                      <w:divBdr>
                        <w:top w:val="none" w:sz="0" w:space="0" w:color="auto"/>
                        <w:left w:val="none" w:sz="0" w:space="0" w:color="auto"/>
                        <w:bottom w:val="none" w:sz="0" w:space="0" w:color="auto"/>
                        <w:right w:val="none" w:sz="0" w:space="0" w:color="auto"/>
                      </w:divBdr>
                    </w:div>
                    <w:div w:id="1916281166">
                      <w:marLeft w:val="0"/>
                      <w:marRight w:val="0"/>
                      <w:marTop w:val="0"/>
                      <w:marBottom w:val="0"/>
                      <w:divBdr>
                        <w:top w:val="none" w:sz="0" w:space="0" w:color="auto"/>
                        <w:left w:val="none" w:sz="0" w:space="0" w:color="auto"/>
                        <w:bottom w:val="none" w:sz="0" w:space="0" w:color="auto"/>
                        <w:right w:val="none" w:sz="0" w:space="0" w:color="auto"/>
                      </w:divBdr>
                    </w:div>
                    <w:div w:id="1289579762">
                      <w:marLeft w:val="0"/>
                      <w:marRight w:val="0"/>
                      <w:marTop w:val="0"/>
                      <w:marBottom w:val="0"/>
                      <w:divBdr>
                        <w:top w:val="none" w:sz="0" w:space="0" w:color="auto"/>
                        <w:left w:val="none" w:sz="0" w:space="0" w:color="auto"/>
                        <w:bottom w:val="none" w:sz="0" w:space="0" w:color="auto"/>
                        <w:right w:val="none" w:sz="0" w:space="0" w:color="auto"/>
                      </w:divBdr>
                    </w:div>
                    <w:div w:id="491024466">
                      <w:marLeft w:val="0"/>
                      <w:marRight w:val="0"/>
                      <w:marTop w:val="0"/>
                      <w:marBottom w:val="0"/>
                      <w:divBdr>
                        <w:top w:val="none" w:sz="0" w:space="0" w:color="auto"/>
                        <w:left w:val="none" w:sz="0" w:space="0" w:color="auto"/>
                        <w:bottom w:val="none" w:sz="0" w:space="0" w:color="auto"/>
                        <w:right w:val="none" w:sz="0" w:space="0" w:color="auto"/>
                      </w:divBdr>
                    </w:div>
                  </w:divsChild>
                </w:div>
                <w:div w:id="350499532">
                  <w:marLeft w:val="0"/>
                  <w:marRight w:val="0"/>
                  <w:marTop w:val="0"/>
                  <w:marBottom w:val="0"/>
                  <w:divBdr>
                    <w:top w:val="none" w:sz="0" w:space="0" w:color="auto"/>
                    <w:left w:val="none" w:sz="0" w:space="0" w:color="auto"/>
                    <w:bottom w:val="none" w:sz="0" w:space="0" w:color="auto"/>
                    <w:right w:val="none" w:sz="0" w:space="0" w:color="auto"/>
                  </w:divBdr>
                  <w:divsChild>
                    <w:div w:id="996231291">
                      <w:marLeft w:val="0"/>
                      <w:marRight w:val="0"/>
                      <w:marTop w:val="0"/>
                      <w:marBottom w:val="0"/>
                      <w:divBdr>
                        <w:top w:val="none" w:sz="0" w:space="0" w:color="auto"/>
                        <w:left w:val="none" w:sz="0" w:space="0" w:color="auto"/>
                        <w:bottom w:val="none" w:sz="0" w:space="0" w:color="auto"/>
                        <w:right w:val="none" w:sz="0" w:space="0" w:color="auto"/>
                      </w:divBdr>
                      <w:divsChild>
                        <w:div w:id="2128768752">
                          <w:marLeft w:val="0"/>
                          <w:marRight w:val="0"/>
                          <w:marTop w:val="0"/>
                          <w:marBottom w:val="0"/>
                          <w:divBdr>
                            <w:top w:val="none" w:sz="0" w:space="0" w:color="auto"/>
                            <w:left w:val="none" w:sz="0" w:space="0" w:color="auto"/>
                            <w:bottom w:val="none" w:sz="0" w:space="0" w:color="auto"/>
                            <w:right w:val="none" w:sz="0" w:space="0" w:color="auto"/>
                          </w:divBdr>
                        </w:div>
                        <w:div w:id="531650848">
                          <w:marLeft w:val="0"/>
                          <w:marRight w:val="0"/>
                          <w:marTop w:val="0"/>
                          <w:marBottom w:val="0"/>
                          <w:divBdr>
                            <w:top w:val="none" w:sz="0" w:space="0" w:color="auto"/>
                            <w:left w:val="none" w:sz="0" w:space="0" w:color="auto"/>
                            <w:bottom w:val="none" w:sz="0" w:space="0" w:color="auto"/>
                            <w:right w:val="none" w:sz="0" w:space="0" w:color="auto"/>
                          </w:divBdr>
                        </w:div>
                      </w:divsChild>
                    </w:div>
                    <w:div w:id="1849979244">
                      <w:marLeft w:val="0"/>
                      <w:marRight w:val="0"/>
                      <w:marTop w:val="0"/>
                      <w:marBottom w:val="0"/>
                      <w:divBdr>
                        <w:top w:val="none" w:sz="0" w:space="0" w:color="auto"/>
                        <w:left w:val="none" w:sz="0" w:space="0" w:color="auto"/>
                        <w:bottom w:val="none" w:sz="0" w:space="0" w:color="auto"/>
                        <w:right w:val="none" w:sz="0" w:space="0" w:color="auto"/>
                      </w:divBdr>
                      <w:divsChild>
                        <w:div w:id="1008368932">
                          <w:marLeft w:val="0"/>
                          <w:marRight w:val="0"/>
                          <w:marTop w:val="0"/>
                          <w:marBottom w:val="0"/>
                          <w:divBdr>
                            <w:top w:val="none" w:sz="0" w:space="0" w:color="auto"/>
                            <w:left w:val="none" w:sz="0" w:space="0" w:color="auto"/>
                            <w:bottom w:val="none" w:sz="0" w:space="0" w:color="auto"/>
                            <w:right w:val="none" w:sz="0" w:space="0" w:color="auto"/>
                          </w:divBdr>
                        </w:div>
                        <w:div w:id="1929609031">
                          <w:marLeft w:val="0"/>
                          <w:marRight w:val="0"/>
                          <w:marTop w:val="0"/>
                          <w:marBottom w:val="0"/>
                          <w:divBdr>
                            <w:top w:val="none" w:sz="0" w:space="0" w:color="auto"/>
                            <w:left w:val="none" w:sz="0" w:space="0" w:color="auto"/>
                            <w:bottom w:val="none" w:sz="0" w:space="0" w:color="auto"/>
                            <w:right w:val="none" w:sz="0" w:space="0" w:color="auto"/>
                          </w:divBdr>
                        </w:div>
                      </w:divsChild>
                    </w:div>
                    <w:div w:id="827402942">
                      <w:marLeft w:val="0"/>
                      <w:marRight w:val="0"/>
                      <w:marTop w:val="0"/>
                      <w:marBottom w:val="0"/>
                      <w:divBdr>
                        <w:top w:val="none" w:sz="0" w:space="0" w:color="auto"/>
                        <w:left w:val="none" w:sz="0" w:space="0" w:color="auto"/>
                        <w:bottom w:val="none" w:sz="0" w:space="0" w:color="auto"/>
                        <w:right w:val="none" w:sz="0" w:space="0" w:color="auto"/>
                      </w:divBdr>
                      <w:divsChild>
                        <w:div w:id="1981378064">
                          <w:marLeft w:val="0"/>
                          <w:marRight w:val="0"/>
                          <w:marTop w:val="0"/>
                          <w:marBottom w:val="0"/>
                          <w:divBdr>
                            <w:top w:val="none" w:sz="0" w:space="0" w:color="auto"/>
                            <w:left w:val="none" w:sz="0" w:space="0" w:color="auto"/>
                            <w:bottom w:val="none" w:sz="0" w:space="0" w:color="auto"/>
                            <w:right w:val="none" w:sz="0" w:space="0" w:color="auto"/>
                          </w:divBdr>
                        </w:div>
                        <w:div w:id="191496266">
                          <w:marLeft w:val="0"/>
                          <w:marRight w:val="0"/>
                          <w:marTop w:val="0"/>
                          <w:marBottom w:val="0"/>
                          <w:divBdr>
                            <w:top w:val="none" w:sz="0" w:space="0" w:color="auto"/>
                            <w:left w:val="none" w:sz="0" w:space="0" w:color="auto"/>
                            <w:bottom w:val="none" w:sz="0" w:space="0" w:color="auto"/>
                            <w:right w:val="none" w:sz="0" w:space="0" w:color="auto"/>
                          </w:divBdr>
                        </w:div>
                      </w:divsChild>
                    </w:div>
                    <w:div w:id="1241792262">
                      <w:marLeft w:val="0"/>
                      <w:marRight w:val="0"/>
                      <w:marTop w:val="0"/>
                      <w:marBottom w:val="0"/>
                      <w:divBdr>
                        <w:top w:val="none" w:sz="0" w:space="0" w:color="auto"/>
                        <w:left w:val="none" w:sz="0" w:space="0" w:color="auto"/>
                        <w:bottom w:val="none" w:sz="0" w:space="0" w:color="auto"/>
                        <w:right w:val="none" w:sz="0" w:space="0" w:color="auto"/>
                      </w:divBdr>
                      <w:divsChild>
                        <w:div w:id="1468815038">
                          <w:marLeft w:val="0"/>
                          <w:marRight w:val="0"/>
                          <w:marTop w:val="0"/>
                          <w:marBottom w:val="0"/>
                          <w:divBdr>
                            <w:top w:val="none" w:sz="0" w:space="0" w:color="auto"/>
                            <w:left w:val="none" w:sz="0" w:space="0" w:color="auto"/>
                            <w:bottom w:val="none" w:sz="0" w:space="0" w:color="auto"/>
                            <w:right w:val="none" w:sz="0" w:space="0" w:color="auto"/>
                          </w:divBdr>
                        </w:div>
                        <w:div w:id="1431971534">
                          <w:marLeft w:val="0"/>
                          <w:marRight w:val="0"/>
                          <w:marTop w:val="0"/>
                          <w:marBottom w:val="0"/>
                          <w:divBdr>
                            <w:top w:val="none" w:sz="0" w:space="0" w:color="auto"/>
                            <w:left w:val="none" w:sz="0" w:space="0" w:color="auto"/>
                            <w:bottom w:val="none" w:sz="0" w:space="0" w:color="auto"/>
                            <w:right w:val="none" w:sz="0" w:space="0" w:color="auto"/>
                          </w:divBdr>
                        </w:div>
                      </w:divsChild>
                    </w:div>
                    <w:div w:id="1534885871">
                      <w:marLeft w:val="0"/>
                      <w:marRight w:val="0"/>
                      <w:marTop w:val="0"/>
                      <w:marBottom w:val="0"/>
                      <w:divBdr>
                        <w:top w:val="none" w:sz="0" w:space="0" w:color="auto"/>
                        <w:left w:val="none" w:sz="0" w:space="0" w:color="auto"/>
                        <w:bottom w:val="none" w:sz="0" w:space="0" w:color="auto"/>
                        <w:right w:val="none" w:sz="0" w:space="0" w:color="auto"/>
                      </w:divBdr>
                      <w:divsChild>
                        <w:div w:id="1358120075">
                          <w:marLeft w:val="0"/>
                          <w:marRight w:val="0"/>
                          <w:marTop w:val="0"/>
                          <w:marBottom w:val="0"/>
                          <w:divBdr>
                            <w:top w:val="none" w:sz="0" w:space="0" w:color="auto"/>
                            <w:left w:val="none" w:sz="0" w:space="0" w:color="auto"/>
                            <w:bottom w:val="none" w:sz="0" w:space="0" w:color="auto"/>
                            <w:right w:val="none" w:sz="0" w:space="0" w:color="auto"/>
                          </w:divBdr>
                        </w:div>
                        <w:div w:id="6777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080325">
          <w:marLeft w:val="0"/>
          <w:marRight w:val="0"/>
          <w:marTop w:val="0"/>
          <w:marBottom w:val="0"/>
          <w:divBdr>
            <w:top w:val="none" w:sz="0" w:space="0" w:color="auto"/>
            <w:left w:val="none" w:sz="0" w:space="0" w:color="auto"/>
            <w:bottom w:val="none" w:sz="0" w:space="0" w:color="auto"/>
            <w:right w:val="none" w:sz="0" w:space="0" w:color="auto"/>
          </w:divBdr>
          <w:divsChild>
            <w:div w:id="188566355">
              <w:marLeft w:val="0"/>
              <w:marRight w:val="0"/>
              <w:marTop w:val="0"/>
              <w:marBottom w:val="0"/>
              <w:divBdr>
                <w:top w:val="none" w:sz="0" w:space="0" w:color="auto"/>
                <w:left w:val="none" w:sz="0" w:space="0" w:color="auto"/>
                <w:bottom w:val="none" w:sz="0" w:space="0" w:color="auto"/>
                <w:right w:val="none" w:sz="0" w:space="0" w:color="auto"/>
              </w:divBdr>
              <w:divsChild>
                <w:div w:id="55594593">
                  <w:marLeft w:val="0"/>
                  <w:marRight w:val="0"/>
                  <w:marTop w:val="0"/>
                  <w:marBottom w:val="180"/>
                  <w:divBdr>
                    <w:top w:val="none" w:sz="0" w:space="0" w:color="auto"/>
                    <w:left w:val="none" w:sz="0" w:space="0" w:color="auto"/>
                    <w:bottom w:val="single" w:sz="12" w:space="5" w:color="E9ECEF"/>
                    <w:right w:val="none" w:sz="0" w:space="0" w:color="auto"/>
                  </w:divBdr>
                </w:div>
                <w:div w:id="1822457199">
                  <w:marLeft w:val="0"/>
                  <w:marRight w:val="0"/>
                  <w:marTop w:val="0"/>
                  <w:marBottom w:val="180"/>
                  <w:divBdr>
                    <w:top w:val="none" w:sz="0" w:space="0" w:color="auto"/>
                    <w:left w:val="none" w:sz="0" w:space="0" w:color="auto"/>
                    <w:bottom w:val="none" w:sz="0" w:space="0" w:color="auto"/>
                    <w:right w:val="none" w:sz="0" w:space="0" w:color="auto"/>
                  </w:divBdr>
                  <w:divsChild>
                    <w:div w:id="2008903705">
                      <w:marLeft w:val="0"/>
                      <w:marRight w:val="0"/>
                      <w:marTop w:val="0"/>
                      <w:marBottom w:val="0"/>
                      <w:divBdr>
                        <w:top w:val="none" w:sz="0" w:space="0" w:color="auto"/>
                        <w:left w:val="none" w:sz="0" w:space="0" w:color="auto"/>
                        <w:bottom w:val="none" w:sz="0" w:space="0" w:color="auto"/>
                        <w:right w:val="none" w:sz="0" w:space="0" w:color="auto"/>
                      </w:divBdr>
                    </w:div>
                    <w:div w:id="292836393">
                      <w:marLeft w:val="0"/>
                      <w:marRight w:val="0"/>
                      <w:marTop w:val="0"/>
                      <w:marBottom w:val="0"/>
                      <w:divBdr>
                        <w:top w:val="none" w:sz="0" w:space="0" w:color="auto"/>
                        <w:left w:val="none" w:sz="0" w:space="0" w:color="auto"/>
                        <w:bottom w:val="none" w:sz="0" w:space="0" w:color="auto"/>
                        <w:right w:val="none" w:sz="0" w:space="0" w:color="auto"/>
                      </w:divBdr>
                    </w:div>
                    <w:div w:id="953098083">
                      <w:marLeft w:val="0"/>
                      <w:marRight w:val="0"/>
                      <w:marTop w:val="0"/>
                      <w:marBottom w:val="0"/>
                      <w:divBdr>
                        <w:top w:val="none" w:sz="0" w:space="0" w:color="auto"/>
                        <w:left w:val="none" w:sz="0" w:space="0" w:color="auto"/>
                        <w:bottom w:val="none" w:sz="0" w:space="0" w:color="auto"/>
                        <w:right w:val="none" w:sz="0" w:space="0" w:color="auto"/>
                      </w:divBdr>
                    </w:div>
                    <w:div w:id="415594726">
                      <w:marLeft w:val="0"/>
                      <w:marRight w:val="0"/>
                      <w:marTop w:val="0"/>
                      <w:marBottom w:val="0"/>
                      <w:divBdr>
                        <w:top w:val="none" w:sz="0" w:space="0" w:color="auto"/>
                        <w:left w:val="none" w:sz="0" w:space="0" w:color="auto"/>
                        <w:bottom w:val="none" w:sz="0" w:space="0" w:color="auto"/>
                        <w:right w:val="none" w:sz="0" w:space="0" w:color="auto"/>
                      </w:divBdr>
                    </w:div>
                    <w:div w:id="941839225">
                      <w:marLeft w:val="0"/>
                      <w:marRight w:val="0"/>
                      <w:marTop w:val="0"/>
                      <w:marBottom w:val="0"/>
                      <w:divBdr>
                        <w:top w:val="none" w:sz="0" w:space="0" w:color="auto"/>
                        <w:left w:val="none" w:sz="0" w:space="0" w:color="auto"/>
                        <w:bottom w:val="none" w:sz="0" w:space="0" w:color="auto"/>
                        <w:right w:val="none" w:sz="0" w:space="0" w:color="auto"/>
                      </w:divBdr>
                    </w:div>
                    <w:div w:id="1918589961">
                      <w:marLeft w:val="0"/>
                      <w:marRight w:val="0"/>
                      <w:marTop w:val="0"/>
                      <w:marBottom w:val="0"/>
                      <w:divBdr>
                        <w:top w:val="none" w:sz="0" w:space="0" w:color="auto"/>
                        <w:left w:val="none" w:sz="0" w:space="0" w:color="auto"/>
                        <w:bottom w:val="none" w:sz="0" w:space="0" w:color="auto"/>
                        <w:right w:val="none" w:sz="0" w:space="0" w:color="auto"/>
                      </w:divBdr>
                    </w:div>
                  </w:divsChild>
                </w:div>
                <w:div w:id="248806866">
                  <w:marLeft w:val="0"/>
                  <w:marRight w:val="0"/>
                  <w:marTop w:val="0"/>
                  <w:marBottom w:val="0"/>
                  <w:divBdr>
                    <w:top w:val="none" w:sz="0" w:space="0" w:color="auto"/>
                    <w:left w:val="none" w:sz="0" w:space="0" w:color="auto"/>
                    <w:bottom w:val="none" w:sz="0" w:space="0" w:color="auto"/>
                    <w:right w:val="none" w:sz="0" w:space="0" w:color="auto"/>
                  </w:divBdr>
                  <w:divsChild>
                    <w:div w:id="991370980">
                      <w:marLeft w:val="0"/>
                      <w:marRight w:val="0"/>
                      <w:marTop w:val="0"/>
                      <w:marBottom w:val="0"/>
                      <w:divBdr>
                        <w:top w:val="none" w:sz="0" w:space="0" w:color="auto"/>
                        <w:left w:val="none" w:sz="0" w:space="0" w:color="auto"/>
                        <w:bottom w:val="none" w:sz="0" w:space="0" w:color="auto"/>
                        <w:right w:val="none" w:sz="0" w:space="0" w:color="auto"/>
                      </w:divBdr>
                      <w:divsChild>
                        <w:div w:id="635067650">
                          <w:marLeft w:val="0"/>
                          <w:marRight w:val="0"/>
                          <w:marTop w:val="0"/>
                          <w:marBottom w:val="0"/>
                          <w:divBdr>
                            <w:top w:val="none" w:sz="0" w:space="0" w:color="auto"/>
                            <w:left w:val="none" w:sz="0" w:space="0" w:color="auto"/>
                            <w:bottom w:val="none" w:sz="0" w:space="0" w:color="auto"/>
                            <w:right w:val="none" w:sz="0" w:space="0" w:color="auto"/>
                          </w:divBdr>
                        </w:div>
                        <w:div w:id="945499180">
                          <w:marLeft w:val="0"/>
                          <w:marRight w:val="0"/>
                          <w:marTop w:val="0"/>
                          <w:marBottom w:val="0"/>
                          <w:divBdr>
                            <w:top w:val="none" w:sz="0" w:space="0" w:color="auto"/>
                            <w:left w:val="none" w:sz="0" w:space="0" w:color="auto"/>
                            <w:bottom w:val="none" w:sz="0" w:space="0" w:color="auto"/>
                            <w:right w:val="none" w:sz="0" w:space="0" w:color="auto"/>
                          </w:divBdr>
                        </w:div>
                      </w:divsChild>
                    </w:div>
                    <w:div w:id="1442264256">
                      <w:marLeft w:val="0"/>
                      <w:marRight w:val="0"/>
                      <w:marTop w:val="0"/>
                      <w:marBottom w:val="0"/>
                      <w:divBdr>
                        <w:top w:val="none" w:sz="0" w:space="0" w:color="auto"/>
                        <w:left w:val="none" w:sz="0" w:space="0" w:color="auto"/>
                        <w:bottom w:val="none" w:sz="0" w:space="0" w:color="auto"/>
                        <w:right w:val="none" w:sz="0" w:space="0" w:color="auto"/>
                      </w:divBdr>
                      <w:divsChild>
                        <w:div w:id="423957776">
                          <w:marLeft w:val="0"/>
                          <w:marRight w:val="0"/>
                          <w:marTop w:val="0"/>
                          <w:marBottom w:val="0"/>
                          <w:divBdr>
                            <w:top w:val="none" w:sz="0" w:space="0" w:color="auto"/>
                            <w:left w:val="none" w:sz="0" w:space="0" w:color="auto"/>
                            <w:bottom w:val="none" w:sz="0" w:space="0" w:color="auto"/>
                            <w:right w:val="none" w:sz="0" w:space="0" w:color="auto"/>
                          </w:divBdr>
                        </w:div>
                        <w:div w:id="86854403">
                          <w:marLeft w:val="0"/>
                          <w:marRight w:val="0"/>
                          <w:marTop w:val="0"/>
                          <w:marBottom w:val="0"/>
                          <w:divBdr>
                            <w:top w:val="none" w:sz="0" w:space="0" w:color="auto"/>
                            <w:left w:val="none" w:sz="0" w:space="0" w:color="auto"/>
                            <w:bottom w:val="none" w:sz="0" w:space="0" w:color="auto"/>
                            <w:right w:val="none" w:sz="0" w:space="0" w:color="auto"/>
                          </w:divBdr>
                        </w:div>
                      </w:divsChild>
                    </w:div>
                    <w:div w:id="152331019">
                      <w:marLeft w:val="0"/>
                      <w:marRight w:val="0"/>
                      <w:marTop w:val="0"/>
                      <w:marBottom w:val="0"/>
                      <w:divBdr>
                        <w:top w:val="none" w:sz="0" w:space="0" w:color="auto"/>
                        <w:left w:val="none" w:sz="0" w:space="0" w:color="auto"/>
                        <w:bottom w:val="none" w:sz="0" w:space="0" w:color="auto"/>
                        <w:right w:val="none" w:sz="0" w:space="0" w:color="auto"/>
                      </w:divBdr>
                      <w:divsChild>
                        <w:div w:id="1367482819">
                          <w:marLeft w:val="0"/>
                          <w:marRight w:val="0"/>
                          <w:marTop w:val="0"/>
                          <w:marBottom w:val="0"/>
                          <w:divBdr>
                            <w:top w:val="none" w:sz="0" w:space="0" w:color="auto"/>
                            <w:left w:val="none" w:sz="0" w:space="0" w:color="auto"/>
                            <w:bottom w:val="none" w:sz="0" w:space="0" w:color="auto"/>
                            <w:right w:val="none" w:sz="0" w:space="0" w:color="auto"/>
                          </w:divBdr>
                        </w:div>
                        <w:div w:id="1005475479">
                          <w:marLeft w:val="0"/>
                          <w:marRight w:val="0"/>
                          <w:marTop w:val="0"/>
                          <w:marBottom w:val="0"/>
                          <w:divBdr>
                            <w:top w:val="none" w:sz="0" w:space="0" w:color="auto"/>
                            <w:left w:val="none" w:sz="0" w:space="0" w:color="auto"/>
                            <w:bottom w:val="none" w:sz="0" w:space="0" w:color="auto"/>
                            <w:right w:val="none" w:sz="0" w:space="0" w:color="auto"/>
                          </w:divBdr>
                        </w:div>
                      </w:divsChild>
                    </w:div>
                    <w:div w:id="1366784276">
                      <w:marLeft w:val="0"/>
                      <w:marRight w:val="0"/>
                      <w:marTop w:val="0"/>
                      <w:marBottom w:val="0"/>
                      <w:divBdr>
                        <w:top w:val="none" w:sz="0" w:space="0" w:color="auto"/>
                        <w:left w:val="none" w:sz="0" w:space="0" w:color="auto"/>
                        <w:bottom w:val="none" w:sz="0" w:space="0" w:color="auto"/>
                        <w:right w:val="none" w:sz="0" w:space="0" w:color="auto"/>
                      </w:divBdr>
                      <w:divsChild>
                        <w:div w:id="975263102">
                          <w:marLeft w:val="0"/>
                          <w:marRight w:val="0"/>
                          <w:marTop w:val="0"/>
                          <w:marBottom w:val="0"/>
                          <w:divBdr>
                            <w:top w:val="none" w:sz="0" w:space="0" w:color="auto"/>
                            <w:left w:val="none" w:sz="0" w:space="0" w:color="auto"/>
                            <w:bottom w:val="none" w:sz="0" w:space="0" w:color="auto"/>
                            <w:right w:val="none" w:sz="0" w:space="0" w:color="auto"/>
                          </w:divBdr>
                        </w:div>
                        <w:div w:id="1788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93723">
          <w:marLeft w:val="0"/>
          <w:marRight w:val="0"/>
          <w:marTop w:val="0"/>
          <w:marBottom w:val="0"/>
          <w:divBdr>
            <w:top w:val="none" w:sz="0" w:space="0" w:color="auto"/>
            <w:left w:val="none" w:sz="0" w:space="0" w:color="auto"/>
            <w:bottom w:val="none" w:sz="0" w:space="0" w:color="auto"/>
            <w:right w:val="none" w:sz="0" w:space="0" w:color="auto"/>
          </w:divBdr>
          <w:divsChild>
            <w:div w:id="1034189077">
              <w:marLeft w:val="0"/>
              <w:marRight w:val="0"/>
              <w:marTop w:val="0"/>
              <w:marBottom w:val="0"/>
              <w:divBdr>
                <w:top w:val="none" w:sz="0" w:space="0" w:color="auto"/>
                <w:left w:val="none" w:sz="0" w:space="0" w:color="auto"/>
                <w:bottom w:val="none" w:sz="0" w:space="0" w:color="auto"/>
                <w:right w:val="none" w:sz="0" w:space="0" w:color="auto"/>
              </w:divBdr>
              <w:divsChild>
                <w:div w:id="1775634490">
                  <w:marLeft w:val="0"/>
                  <w:marRight w:val="0"/>
                  <w:marTop w:val="0"/>
                  <w:marBottom w:val="180"/>
                  <w:divBdr>
                    <w:top w:val="none" w:sz="0" w:space="0" w:color="auto"/>
                    <w:left w:val="none" w:sz="0" w:space="0" w:color="auto"/>
                    <w:bottom w:val="single" w:sz="12" w:space="5" w:color="E9ECEF"/>
                    <w:right w:val="none" w:sz="0" w:space="0" w:color="auto"/>
                  </w:divBdr>
                </w:div>
                <w:div w:id="1774742043">
                  <w:marLeft w:val="0"/>
                  <w:marRight w:val="0"/>
                  <w:marTop w:val="0"/>
                  <w:marBottom w:val="180"/>
                  <w:divBdr>
                    <w:top w:val="none" w:sz="0" w:space="0" w:color="auto"/>
                    <w:left w:val="none" w:sz="0" w:space="0" w:color="auto"/>
                    <w:bottom w:val="none" w:sz="0" w:space="0" w:color="auto"/>
                    <w:right w:val="none" w:sz="0" w:space="0" w:color="auto"/>
                  </w:divBdr>
                  <w:divsChild>
                    <w:div w:id="656035862">
                      <w:marLeft w:val="0"/>
                      <w:marRight w:val="0"/>
                      <w:marTop w:val="0"/>
                      <w:marBottom w:val="0"/>
                      <w:divBdr>
                        <w:top w:val="none" w:sz="0" w:space="0" w:color="auto"/>
                        <w:left w:val="none" w:sz="0" w:space="0" w:color="auto"/>
                        <w:bottom w:val="none" w:sz="0" w:space="0" w:color="auto"/>
                        <w:right w:val="none" w:sz="0" w:space="0" w:color="auto"/>
                      </w:divBdr>
                    </w:div>
                    <w:div w:id="1890342070">
                      <w:marLeft w:val="0"/>
                      <w:marRight w:val="0"/>
                      <w:marTop w:val="0"/>
                      <w:marBottom w:val="0"/>
                      <w:divBdr>
                        <w:top w:val="none" w:sz="0" w:space="0" w:color="auto"/>
                        <w:left w:val="none" w:sz="0" w:space="0" w:color="auto"/>
                        <w:bottom w:val="none" w:sz="0" w:space="0" w:color="auto"/>
                        <w:right w:val="none" w:sz="0" w:space="0" w:color="auto"/>
                      </w:divBdr>
                    </w:div>
                    <w:div w:id="2060130805">
                      <w:marLeft w:val="0"/>
                      <w:marRight w:val="0"/>
                      <w:marTop w:val="0"/>
                      <w:marBottom w:val="0"/>
                      <w:divBdr>
                        <w:top w:val="none" w:sz="0" w:space="0" w:color="auto"/>
                        <w:left w:val="none" w:sz="0" w:space="0" w:color="auto"/>
                        <w:bottom w:val="none" w:sz="0" w:space="0" w:color="auto"/>
                        <w:right w:val="none" w:sz="0" w:space="0" w:color="auto"/>
                      </w:divBdr>
                    </w:div>
                  </w:divsChild>
                </w:div>
                <w:div w:id="1345791717">
                  <w:marLeft w:val="0"/>
                  <w:marRight w:val="0"/>
                  <w:marTop w:val="0"/>
                  <w:marBottom w:val="0"/>
                  <w:divBdr>
                    <w:top w:val="none" w:sz="0" w:space="0" w:color="auto"/>
                    <w:left w:val="none" w:sz="0" w:space="0" w:color="auto"/>
                    <w:bottom w:val="none" w:sz="0" w:space="0" w:color="auto"/>
                    <w:right w:val="none" w:sz="0" w:space="0" w:color="auto"/>
                  </w:divBdr>
                  <w:divsChild>
                    <w:div w:id="1670399358">
                      <w:marLeft w:val="0"/>
                      <w:marRight w:val="0"/>
                      <w:marTop w:val="0"/>
                      <w:marBottom w:val="0"/>
                      <w:divBdr>
                        <w:top w:val="none" w:sz="0" w:space="0" w:color="auto"/>
                        <w:left w:val="none" w:sz="0" w:space="0" w:color="auto"/>
                        <w:bottom w:val="none" w:sz="0" w:space="0" w:color="auto"/>
                        <w:right w:val="none" w:sz="0" w:space="0" w:color="auto"/>
                      </w:divBdr>
                      <w:divsChild>
                        <w:div w:id="1100953944">
                          <w:marLeft w:val="0"/>
                          <w:marRight w:val="0"/>
                          <w:marTop w:val="0"/>
                          <w:marBottom w:val="0"/>
                          <w:divBdr>
                            <w:top w:val="none" w:sz="0" w:space="0" w:color="auto"/>
                            <w:left w:val="none" w:sz="0" w:space="0" w:color="auto"/>
                            <w:bottom w:val="none" w:sz="0" w:space="0" w:color="auto"/>
                            <w:right w:val="none" w:sz="0" w:space="0" w:color="auto"/>
                          </w:divBdr>
                        </w:div>
                        <w:div w:id="148402293">
                          <w:marLeft w:val="0"/>
                          <w:marRight w:val="0"/>
                          <w:marTop w:val="0"/>
                          <w:marBottom w:val="0"/>
                          <w:divBdr>
                            <w:top w:val="none" w:sz="0" w:space="0" w:color="auto"/>
                            <w:left w:val="none" w:sz="0" w:space="0" w:color="auto"/>
                            <w:bottom w:val="none" w:sz="0" w:space="0" w:color="auto"/>
                            <w:right w:val="none" w:sz="0" w:space="0" w:color="auto"/>
                          </w:divBdr>
                        </w:div>
                      </w:divsChild>
                    </w:div>
                    <w:div w:id="83186534">
                      <w:marLeft w:val="0"/>
                      <w:marRight w:val="0"/>
                      <w:marTop w:val="0"/>
                      <w:marBottom w:val="0"/>
                      <w:divBdr>
                        <w:top w:val="none" w:sz="0" w:space="0" w:color="auto"/>
                        <w:left w:val="none" w:sz="0" w:space="0" w:color="auto"/>
                        <w:bottom w:val="none" w:sz="0" w:space="0" w:color="auto"/>
                        <w:right w:val="none" w:sz="0" w:space="0" w:color="auto"/>
                      </w:divBdr>
                      <w:divsChild>
                        <w:div w:id="446773812">
                          <w:marLeft w:val="0"/>
                          <w:marRight w:val="0"/>
                          <w:marTop w:val="0"/>
                          <w:marBottom w:val="0"/>
                          <w:divBdr>
                            <w:top w:val="none" w:sz="0" w:space="0" w:color="auto"/>
                            <w:left w:val="none" w:sz="0" w:space="0" w:color="auto"/>
                            <w:bottom w:val="none" w:sz="0" w:space="0" w:color="auto"/>
                            <w:right w:val="none" w:sz="0" w:space="0" w:color="auto"/>
                          </w:divBdr>
                        </w:div>
                        <w:div w:id="1758358716">
                          <w:marLeft w:val="0"/>
                          <w:marRight w:val="0"/>
                          <w:marTop w:val="0"/>
                          <w:marBottom w:val="0"/>
                          <w:divBdr>
                            <w:top w:val="none" w:sz="0" w:space="0" w:color="auto"/>
                            <w:left w:val="none" w:sz="0" w:space="0" w:color="auto"/>
                            <w:bottom w:val="none" w:sz="0" w:space="0" w:color="auto"/>
                            <w:right w:val="none" w:sz="0" w:space="0" w:color="auto"/>
                          </w:divBdr>
                        </w:div>
                      </w:divsChild>
                    </w:div>
                    <w:div w:id="1414819943">
                      <w:marLeft w:val="0"/>
                      <w:marRight w:val="0"/>
                      <w:marTop w:val="0"/>
                      <w:marBottom w:val="0"/>
                      <w:divBdr>
                        <w:top w:val="none" w:sz="0" w:space="0" w:color="auto"/>
                        <w:left w:val="none" w:sz="0" w:space="0" w:color="auto"/>
                        <w:bottom w:val="none" w:sz="0" w:space="0" w:color="auto"/>
                        <w:right w:val="none" w:sz="0" w:space="0" w:color="auto"/>
                      </w:divBdr>
                      <w:divsChild>
                        <w:div w:id="43070969">
                          <w:marLeft w:val="0"/>
                          <w:marRight w:val="0"/>
                          <w:marTop w:val="0"/>
                          <w:marBottom w:val="0"/>
                          <w:divBdr>
                            <w:top w:val="none" w:sz="0" w:space="0" w:color="auto"/>
                            <w:left w:val="none" w:sz="0" w:space="0" w:color="auto"/>
                            <w:bottom w:val="none" w:sz="0" w:space="0" w:color="auto"/>
                            <w:right w:val="none" w:sz="0" w:space="0" w:color="auto"/>
                          </w:divBdr>
                        </w:div>
                        <w:div w:id="45252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266377">
          <w:marLeft w:val="0"/>
          <w:marRight w:val="0"/>
          <w:marTop w:val="0"/>
          <w:marBottom w:val="0"/>
          <w:divBdr>
            <w:top w:val="none" w:sz="0" w:space="0" w:color="auto"/>
            <w:left w:val="none" w:sz="0" w:space="0" w:color="auto"/>
            <w:bottom w:val="none" w:sz="0" w:space="0" w:color="auto"/>
            <w:right w:val="none" w:sz="0" w:space="0" w:color="auto"/>
          </w:divBdr>
          <w:divsChild>
            <w:div w:id="1046099259">
              <w:marLeft w:val="0"/>
              <w:marRight w:val="0"/>
              <w:marTop w:val="0"/>
              <w:marBottom w:val="0"/>
              <w:divBdr>
                <w:top w:val="none" w:sz="0" w:space="0" w:color="auto"/>
                <w:left w:val="none" w:sz="0" w:space="0" w:color="auto"/>
                <w:bottom w:val="none" w:sz="0" w:space="0" w:color="auto"/>
                <w:right w:val="none" w:sz="0" w:space="0" w:color="auto"/>
              </w:divBdr>
              <w:divsChild>
                <w:div w:id="1752042598">
                  <w:marLeft w:val="0"/>
                  <w:marRight w:val="0"/>
                  <w:marTop w:val="0"/>
                  <w:marBottom w:val="180"/>
                  <w:divBdr>
                    <w:top w:val="none" w:sz="0" w:space="0" w:color="auto"/>
                    <w:left w:val="none" w:sz="0" w:space="0" w:color="auto"/>
                    <w:bottom w:val="single" w:sz="12" w:space="5" w:color="E9ECEF"/>
                    <w:right w:val="none" w:sz="0" w:space="0" w:color="auto"/>
                  </w:divBdr>
                </w:div>
                <w:div w:id="1952470326">
                  <w:marLeft w:val="0"/>
                  <w:marRight w:val="0"/>
                  <w:marTop w:val="0"/>
                  <w:marBottom w:val="180"/>
                  <w:divBdr>
                    <w:top w:val="none" w:sz="0" w:space="0" w:color="auto"/>
                    <w:left w:val="none" w:sz="0" w:space="0" w:color="auto"/>
                    <w:bottom w:val="none" w:sz="0" w:space="0" w:color="auto"/>
                    <w:right w:val="none" w:sz="0" w:space="0" w:color="auto"/>
                  </w:divBdr>
                  <w:divsChild>
                    <w:div w:id="985663111">
                      <w:marLeft w:val="0"/>
                      <w:marRight w:val="0"/>
                      <w:marTop w:val="0"/>
                      <w:marBottom w:val="0"/>
                      <w:divBdr>
                        <w:top w:val="none" w:sz="0" w:space="0" w:color="auto"/>
                        <w:left w:val="none" w:sz="0" w:space="0" w:color="auto"/>
                        <w:bottom w:val="none" w:sz="0" w:space="0" w:color="auto"/>
                        <w:right w:val="none" w:sz="0" w:space="0" w:color="auto"/>
                      </w:divBdr>
                    </w:div>
                    <w:div w:id="2016571244">
                      <w:marLeft w:val="0"/>
                      <w:marRight w:val="0"/>
                      <w:marTop w:val="0"/>
                      <w:marBottom w:val="0"/>
                      <w:divBdr>
                        <w:top w:val="none" w:sz="0" w:space="0" w:color="auto"/>
                        <w:left w:val="none" w:sz="0" w:space="0" w:color="auto"/>
                        <w:bottom w:val="none" w:sz="0" w:space="0" w:color="auto"/>
                        <w:right w:val="none" w:sz="0" w:space="0" w:color="auto"/>
                      </w:divBdr>
                    </w:div>
                    <w:div w:id="858660813">
                      <w:marLeft w:val="0"/>
                      <w:marRight w:val="0"/>
                      <w:marTop w:val="0"/>
                      <w:marBottom w:val="0"/>
                      <w:divBdr>
                        <w:top w:val="none" w:sz="0" w:space="0" w:color="auto"/>
                        <w:left w:val="none" w:sz="0" w:space="0" w:color="auto"/>
                        <w:bottom w:val="none" w:sz="0" w:space="0" w:color="auto"/>
                        <w:right w:val="none" w:sz="0" w:space="0" w:color="auto"/>
                      </w:divBdr>
                    </w:div>
                    <w:div w:id="2063826723">
                      <w:marLeft w:val="0"/>
                      <w:marRight w:val="0"/>
                      <w:marTop w:val="0"/>
                      <w:marBottom w:val="0"/>
                      <w:divBdr>
                        <w:top w:val="none" w:sz="0" w:space="0" w:color="auto"/>
                        <w:left w:val="none" w:sz="0" w:space="0" w:color="auto"/>
                        <w:bottom w:val="none" w:sz="0" w:space="0" w:color="auto"/>
                        <w:right w:val="none" w:sz="0" w:space="0" w:color="auto"/>
                      </w:divBdr>
                    </w:div>
                    <w:div w:id="559438904">
                      <w:marLeft w:val="0"/>
                      <w:marRight w:val="0"/>
                      <w:marTop w:val="0"/>
                      <w:marBottom w:val="0"/>
                      <w:divBdr>
                        <w:top w:val="none" w:sz="0" w:space="0" w:color="auto"/>
                        <w:left w:val="none" w:sz="0" w:space="0" w:color="auto"/>
                        <w:bottom w:val="none" w:sz="0" w:space="0" w:color="auto"/>
                        <w:right w:val="none" w:sz="0" w:space="0" w:color="auto"/>
                      </w:divBdr>
                    </w:div>
                  </w:divsChild>
                </w:div>
                <w:div w:id="1168442663">
                  <w:marLeft w:val="0"/>
                  <w:marRight w:val="0"/>
                  <w:marTop w:val="0"/>
                  <w:marBottom w:val="0"/>
                  <w:divBdr>
                    <w:top w:val="none" w:sz="0" w:space="0" w:color="auto"/>
                    <w:left w:val="none" w:sz="0" w:space="0" w:color="auto"/>
                    <w:bottom w:val="none" w:sz="0" w:space="0" w:color="auto"/>
                    <w:right w:val="none" w:sz="0" w:space="0" w:color="auto"/>
                  </w:divBdr>
                  <w:divsChild>
                    <w:div w:id="1132016345">
                      <w:marLeft w:val="0"/>
                      <w:marRight w:val="0"/>
                      <w:marTop w:val="0"/>
                      <w:marBottom w:val="0"/>
                      <w:divBdr>
                        <w:top w:val="none" w:sz="0" w:space="0" w:color="auto"/>
                        <w:left w:val="none" w:sz="0" w:space="0" w:color="auto"/>
                        <w:bottom w:val="none" w:sz="0" w:space="0" w:color="auto"/>
                        <w:right w:val="none" w:sz="0" w:space="0" w:color="auto"/>
                      </w:divBdr>
                      <w:divsChild>
                        <w:div w:id="405421491">
                          <w:marLeft w:val="0"/>
                          <w:marRight w:val="0"/>
                          <w:marTop w:val="0"/>
                          <w:marBottom w:val="0"/>
                          <w:divBdr>
                            <w:top w:val="none" w:sz="0" w:space="0" w:color="auto"/>
                            <w:left w:val="none" w:sz="0" w:space="0" w:color="auto"/>
                            <w:bottom w:val="none" w:sz="0" w:space="0" w:color="auto"/>
                            <w:right w:val="none" w:sz="0" w:space="0" w:color="auto"/>
                          </w:divBdr>
                        </w:div>
                        <w:div w:id="438643643">
                          <w:marLeft w:val="0"/>
                          <w:marRight w:val="0"/>
                          <w:marTop w:val="0"/>
                          <w:marBottom w:val="0"/>
                          <w:divBdr>
                            <w:top w:val="none" w:sz="0" w:space="0" w:color="auto"/>
                            <w:left w:val="none" w:sz="0" w:space="0" w:color="auto"/>
                            <w:bottom w:val="none" w:sz="0" w:space="0" w:color="auto"/>
                            <w:right w:val="none" w:sz="0" w:space="0" w:color="auto"/>
                          </w:divBdr>
                        </w:div>
                      </w:divsChild>
                    </w:div>
                    <w:div w:id="939872526">
                      <w:marLeft w:val="0"/>
                      <w:marRight w:val="0"/>
                      <w:marTop w:val="0"/>
                      <w:marBottom w:val="0"/>
                      <w:divBdr>
                        <w:top w:val="none" w:sz="0" w:space="0" w:color="auto"/>
                        <w:left w:val="none" w:sz="0" w:space="0" w:color="auto"/>
                        <w:bottom w:val="none" w:sz="0" w:space="0" w:color="auto"/>
                        <w:right w:val="none" w:sz="0" w:space="0" w:color="auto"/>
                      </w:divBdr>
                      <w:divsChild>
                        <w:div w:id="1182621103">
                          <w:marLeft w:val="0"/>
                          <w:marRight w:val="0"/>
                          <w:marTop w:val="0"/>
                          <w:marBottom w:val="0"/>
                          <w:divBdr>
                            <w:top w:val="none" w:sz="0" w:space="0" w:color="auto"/>
                            <w:left w:val="none" w:sz="0" w:space="0" w:color="auto"/>
                            <w:bottom w:val="none" w:sz="0" w:space="0" w:color="auto"/>
                            <w:right w:val="none" w:sz="0" w:space="0" w:color="auto"/>
                          </w:divBdr>
                        </w:div>
                        <w:div w:id="572935799">
                          <w:marLeft w:val="0"/>
                          <w:marRight w:val="0"/>
                          <w:marTop w:val="0"/>
                          <w:marBottom w:val="0"/>
                          <w:divBdr>
                            <w:top w:val="none" w:sz="0" w:space="0" w:color="auto"/>
                            <w:left w:val="none" w:sz="0" w:space="0" w:color="auto"/>
                            <w:bottom w:val="none" w:sz="0" w:space="0" w:color="auto"/>
                            <w:right w:val="none" w:sz="0" w:space="0" w:color="auto"/>
                          </w:divBdr>
                        </w:div>
                      </w:divsChild>
                    </w:div>
                    <w:div w:id="1300768151">
                      <w:marLeft w:val="0"/>
                      <w:marRight w:val="0"/>
                      <w:marTop w:val="0"/>
                      <w:marBottom w:val="0"/>
                      <w:divBdr>
                        <w:top w:val="none" w:sz="0" w:space="0" w:color="auto"/>
                        <w:left w:val="none" w:sz="0" w:space="0" w:color="auto"/>
                        <w:bottom w:val="none" w:sz="0" w:space="0" w:color="auto"/>
                        <w:right w:val="none" w:sz="0" w:space="0" w:color="auto"/>
                      </w:divBdr>
                      <w:divsChild>
                        <w:div w:id="629017732">
                          <w:marLeft w:val="0"/>
                          <w:marRight w:val="0"/>
                          <w:marTop w:val="0"/>
                          <w:marBottom w:val="0"/>
                          <w:divBdr>
                            <w:top w:val="none" w:sz="0" w:space="0" w:color="auto"/>
                            <w:left w:val="none" w:sz="0" w:space="0" w:color="auto"/>
                            <w:bottom w:val="none" w:sz="0" w:space="0" w:color="auto"/>
                            <w:right w:val="none" w:sz="0" w:space="0" w:color="auto"/>
                          </w:divBdr>
                        </w:div>
                        <w:div w:id="894387977">
                          <w:marLeft w:val="0"/>
                          <w:marRight w:val="0"/>
                          <w:marTop w:val="0"/>
                          <w:marBottom w:val="0"/>
                          <w:divBdr>
                            <w:top w:val="none" w:sz="0" w:space="0" w:color="auto"/>
                            <w:left w:val="none" w:sz="0" w:space="0" w:color="auto"/>
                            <w:bottom w:val="none" w:sz="0" w:space="0" w:color="auto"/>
                            <w:right w:val="none" w:sz="0" w:space="0" w:color="auto"/>
                          </w:divBdr>
                        </w:div>
                      </w:divsChild>
                    </w:div>
                    <w:div w:id="1329557283">
                      <w:marLeft w:val="0"/>
                      <w:marRight w:val="0"/>
                      <w:marTop w:val="0"/>
                      <w:marBottom w:val="0"/>
                      <w:divBdr>
                        <w:top w:val="none" w:sz="0" w:space="0" w:color="auto"/>
                        <w:left w:val="none" w:sz="0" w:space="0" w:color="auto"/>
                        <w:bottom w:val="none" w:sz="0" w:space="0" w:color="auto"/>
                        <w:right w:val="none" w:sz="0" w:space="0" w:color="auto"/>
                      </w:divBdr>
                      <w:divsChild>
                        <w:div w:id="609506630">
                          <w:marLeft w:val="0"/>
                          <w:marRight w:val="0"/>
                          <w:marTop w:val="0"/>
                          <w:marBottom w:val="0"/>
                          <w:divBdr>
                            <w:top w:val="none" w:sz="0" w:space="0" w:color="auto"/>
                            <w:left w:val="none" w:sz="0" w:space="0" w:color="auto"/>
                            <w:bottom w:val="none" w:sz="0" w:space="0" w:color="auto"/>
                            <w:right w:val="none" w:sz="0" w:space="0" w:color="auto"/>
                          </w:divBdr>
                        </w:div>
                        <w:div w:id="1750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934659">
          <w:marLeft w:val="0"/>
          <w:marRight w:val="0"/>
          <w:marTop w:val="0"/>
          <w:marBottom w:val="0"/>
          <w:divBdr>
            <w:top w:val="none" w:sz="0" w:space="0" w:color="auto"/>
            <w:left w:val="none" w:sz="0" w:space="0" w:color="auto"/>
            <w:bottom w:val="none" w:sz="0" w:space="0" w:color="auto"/>
            <w:right w:val="none" w:sz="0" w:space="0" w:color="auto"/>
          </w:divBdr>
          <w:divsChild>
            <w:div w:id="1980112813">
              <w:marLeft w:val="0"/>
              <w:marRight w:val="0"/>
              <w:marTop w:val="0"/>
              <w:marBottom w:val="0"/>
              <w:divBdr>
                <w:top w:val="none" w:sz="0" w:space="0" w:color="auto"/>
                <w:left w:val="none" w:sz="0" w:space="0" w:color="auto"/>
                <w:bottom w:val="none" w:sz="0" w:space="0" w:color="auto"/>
                <w:right w:val="none" w:sz="0" w:space="0" w:color="auto"/>
              </w:divBdr>
              <w:divsChild>
                <w:div w:id="1729764571">
                  <w:marLeft w:val="0"/>
                  <w:marRight w:val="0"/>
                  <w:marTop w:val="0"/>
                  <w:marBottom w:val="180"/>
                  <w:divBdr>
                    <w:top w:val="none" w:sz="0" w:space="0" w:color="auto"/>
                    <w:left w:val="none" w:sz="0" w:space="0" w:color="auto"/>
                    <w:bottom w:val="single" w:sz="12" w:space="5" w:color="E9ECEF"/>
                    <w:right w:val="none" w:sz="0" w:space="0" w:color="auto"/>
                  </w:divBdr>
                </w:div>
                <w:div w:id="1854878742">
                  <w:marLeft w:val="0"/>
                  <w:marRight w:val="0"/>
                  <w:marTop w:val="0"/>
                  <w:marBottom w:val="180"/>
                  <w:divBdr>
                    <w:top w:val="none" w:sz="0" w:space="0" w:color="auto"/>
                    <w:left w:val="none" w:sz="0" w:space="0" w:color="auto"/>
                    <w:bottom w:val="none" w:sz="0" w:space="0" w:color="auto"/>
                    <w:right w:val="none" w:sz="0" w:space="0" w:color="auto"/>
                  </w:divBdr>
                  <w:divsChild>
                    <w:div w:id="261883237">
                      <w:marLeft w:val="0"/>
                      <w:marRight w:val="0"/>
                      <w:marTop w:val="0"/>
                      <w:marBottom w:val="0"/>
                      <w:divBdr>
                        <w:top w:val="none" w:sz="0" w:space="0" w:color="auto"/>
                        <w:left w:val="none" w:sz="0" w:space="0" w:color="auto"/>
                        <w:bottom w:val="none" w:sz="0" w:space="0" w:color="auto"/>
                        <w:right w:val="none" w:sz="0" w:space="0" w:color="auto"/>
                      </w:divBdr>
                    </w:div>
                  </w:divsChild>
                </w:div>
                <w:div w:id="866600297">
                  <w:marLeft w:val="0"/>
                  <w:marRight w:val="0"/>
                  <w:marTop w:val="0"/>
                  <w:marBottom w:val="0"/>
                  <w:divBdr>
                    <w:top w:val="none" w:sz="0" w:space="0" w:color="auto"/>
                    <w:left w:val="none" w:sz="0" w:space="0" w:color="auto"/>
                    <w:bottom w:val="none" w:sz="0" w:space="0" w:color="auto"/>
                    <w:right w:val="none" w:sz="0" w:space="0" w:color="auto"/>
                  </w:divBdr>
                  <w:divsChild>
                    <w:div w:id="1030884945">
                      <w:marLeft w:val="0"/>
                      <w:marRight w:val="0"/>
                      <w:marTop w:val="0"/>
                      <w:marBottom w:val="0"/>
                      <w:divBdr>
                        <w:top w:val="none" w:sz="0" w:space="0" w:color="auto"/>
                        <w:left w:val="none" w:sz="0" w:space="0" w:color="auto"/>
                        <w:bottom w:val="none" w:sz="0" w:space="0" w:color="auto"/>
                        <w:right w:val="none" w:sz="0" w:space="0" w:color="auto"/>
                      </w:divBdr>
                      <w:divsChild>
                        <w:div w:id="1468014361">
                          <w:marLeft w:val="0"/>
                          <w:marRight w:val="0"/>
                          <w:marTop w:val="0"/>
                          <w:marBottom w:val="0"/>
                          <w:divBdr>
                            <w:top w:val="none" w:sz="0" w:space="0" w:color="auto"/>
                            <w:left w:val="none" w:sz="0" w:space="0" w:color="auto"/>
                            <w:bottom w:val="none" w:sz="0" w:space="0" w:color="auto"/>
                            <w:right w:val="none" w:sz="0" w:space="0" w:color="auto"/>
                          </w:divBdr>
                        </w:div>
                        <w:div w:id="5078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441490">
          <w:marLeft w:val="0"/>
          <w:marRight w:val="0"/>
          <w:marTop w:val="0"/>
          <w:marBottom w:val="0"/>
          <w:divBdr>
            <w:top w:val="none" w:sz="0" w:space="0" w:color="auto"/>
            <w:left w:val="none" w:sz="0" w:space="0" w:color="auto"/>
            <w:bottom w:val="none" w:sz="0" w:space="0" w:color="auto"/>
            <w:right w:val="none" w:sz="0" w:space="0" w:color="auto"/>
          </w:divBdr>
          <w:divsChild>
            <w:div w:id="1021590291">
              <w:marLeft w:val="0"/>
              <w:marRight w:val="0"/>
              <w:marTop w:val="0"/>
              <w:marBottom w:val="0"/>
              <w:divBdr>
                <w:top w:val="none" w:sz="0" w:space="0" w:color="auto"/>
                <w:left w:val="none" w:sz="0" w:space="0" w:color="auto"/>
                <w:bottom w:val="none" w:sz="0" w:space="0" w:color="auto"/>
                <w:right w:val="none" w:sz="0" w:space="0" w:color="auto"/>
              </w:divBdr>
              <w:divsChild>
                <w:div w:id="1727988339">
                  <w:marLeft w:val="0"/>
                  <w:marRight w:val="0"/>
                  <w:marTop w:val="0"/>
                  <w:marBottom w:val="180"/>
                  <w:divBdr>
                    <w:top w:val="none" w:sz="0" w:space="0" w:color="auto"/>
                    <w:left w:val="none" w:sz="0" w:space="0" w:color="auto"/>
                    <w:bottom w:val="single" w:sz="12" w:space="5" w:color="E9ECEF"/>
                    <w:right w:val="none" w:sz="0" w:space="0" w:color="auto"/>
                  </w:divBdr>
                </w:div>
                <w:div w:id="1203904886">
                  <w:marLeft w:val="0"/>
                  <w:marRight w:val="0"/>
                  <w:marTop w:val="0"/>
                  <w:marBottom w:val="180"/>
                  <w:divBdr>
                    <w:top w:val="none" w:sz="0" w:space="0" w:color="auto"/>
                    <w:left w:val="none" w:sz="0" w:space="0" w:color="auto"/>
                    <w:bottom w:val="none" w:sz="0" w:space="0" w:color="auto"/>
                    <w:right w:val="none" w:sz="0" w:space="0" w:color="auto"/>
                  </w:divBdr>
                  <w:divsChild>
                    <w:div w:id="1959723582">
                      <w:marLeft w:val="0"/>
                      <w:marRight w:val="0"/>
                      <w:marTop w:val="0"/>
                      <w:marBottom w:val="0"/>
                      <w:divBdr>
                        <w:top w:val="none" w:sz="0" w:space="0" w:color="auto"/>
                        <w:left w:val="none" w:sz="0" w:space="0" w:color="auto"/>
                        <w:bottom w:val="none" w:sz="0" w:space="0" w:color="auto"/>
                        <w:right w:val="none" w:sz="0" w:space="0" w:color="auto"/>
                      </w:divBdr>
                    </w:div>
                    <w:div w:id="457796813">
                      <w:marLeft w:val="0"/>
                      <w:marRight w:val="0"/>
                      <w:marTop w:val="0"/>
                      <w:marBottom w:val="0"/>
                      <w:divBdr>
                        <w:top w:val="none" w:sz="0" w:space="0" w:color="auto"/>
                        <w:left w:val="none" w:sz="0" w:space="0" w:color="auto"/>
                        <w:bottom w:val="none" w:sz="0" w:space="0" w:color="auto"/>
                        <w:right w:val="none" w:sz="0" w:space="0" w:color="auto"/>
                      </w:divBdr>
                    </w:div>
                    <w:div w:id="701590491">
                      <w:marLeft w:val="0"/>
                      <w:marRight w:val="0"/>
                      <w:marTop w:val="0"/>
                      <w:marBottom w:val="0"/>
                      <w:divBdr>
                        <w:top w:val="none" w:sz="0" w:space="0" w:color="auto"/>
                        <w:left w:val="none" w:sz="0" w:space="0" w:color="auto"/>
                        <w:bottom w:val="none" w:sz="0" w:space="0" w:color="auto"/>
                        <w:right w:val="none" w:sz="0" w:space="0" w:color="auto"/>
                      </w:divBdr>
                    </w:div>
                  </w:divsChild>
                </w:div>
                <w:div w:id="1149517710">
                  <w:marLeft w:val="0"/>
                  <w:marRight w:val="0"/>
                  <w:marTop w:val="0"/>
                  <w:marBottom w:val="0"/>
                  <w:divBdr>
                    <w:top w:val="none" w:sz="0" w:space="0" w:color="auto"/>
                    <w:left w:val="none" w:sz="0" w:space="0" w:color="auto"/>
                    <w:bottom w:val="none" w:sz="0" w:space="0" w:color="auto"/>
                    <w:right w:val="none" w:sz="0" w:space="0" w:color="auto"/>
                  </w:divBdr>
                  <w:divsChild>
                    <w:div w:id="66271349">
                      <w:marLeft w:val="0"/>
                      <w:marRight w:val="0"/>
                      <w:marTop w:val="0"/>
                      <w:marBottom w:val="0"/>
                      <w:divBdr>
                        <w:top w:val="none" w:sz="0" w:space="0" w:color="auto"/>
                        <w:left w:val="none" w:sz="0" w:space="0" w:color="auto"/>
                        <w:bottom w:val="none" w:sz="0" w:space="0" w:color="auto"/>
                        <w:right w:val="none" w:sz="0" w:space="0" w:color="auto"/>
                      </w:divBdr>
                      <w:divsChild>
                        <w:div w:id="1336612116">
                          <w:marLeft w:val="0"/>
                          <w:marRight w:val="0"/>
                          <w:marTop w:val="0"/>
                          <w:marBottom w:val="0"/>
                          <w:divBdr>
                            <w:top w:val="none" w:sz="0" w:space="0" w:color="auto"/>
                            <w:left w:val="none" w:sz="0" w:space="0" w:color="auto"/>
                            <w:bottom w:val="none" w:sz="0" w:space="0" w:color="auto"/>
                            <w:right w:val="none" w:sz="0" w:space="0" w:color="auto"/>
                          </w:divBdr>
                        </w:div>
                        <w:div w:id="839321100">
                          <w:marLeft w:val="0"/>
                          <w:marRight w:val="0"/>
                          <w:marTop w:val="0"/>
                          <w:marBottom w:val="0"/>
                          <w:divBdr>
                            <w:top w:val="none" w:sz="0" w:space="0" w:color="auto"/>
                            <w:left w:val="none" w:sz="0" w:space="0" w:color="auto"/>
                            <w:bottom w:val="none" w:sz="0" w:space="0" w:color="auto"/>
                            <w:right w:val="none" w:sz="0" w:space="0" w:color="auto"/>
                          </w:divBdr>
                        </w:div>
                      </w:divsChild>
                    </w:div>
                    <w:div w:id="635379821">
                      <w:marLeft w:val="0"/>
                      <w:marRight w:val="0"/>
                      <w:marTop w:val="0"/>
                      <w:marBottom w:val="0"/>
                      <w:divBdr>
                        <w:top w:val="none" w:sz="0" w:space="0" w:color="auto"/>
                        <w:left w:val="none" w:sz="0" w:space="0" w:color="auto"/>
                        <w:bottom w:val="none" w:sz="0" w:space="0" w:color="auto"/>
                        <w:right w:val="none" w:sz="0" w:space="0" w:color="auto"/>
                      </w:divBdr>
                      <w:divsChild>
                        <w:div w:id="35737023">
                          <w:marLeft w:val="0"/>
                          <w:marRight w:val="0"/>
                          <w:marTop w:val="0"/>
                          <w:marBottom w:val="0"/>
                          <w:divBdr>
                            <w:top w:val="none" w:sz="0" w:space="0" w:color="auto"/>
                            <w:left w:val="none" w:sz="0" w:space="0" w:color="auto"/>
                            <w:bottom w:val="none" w:sz="0" w:space="0" w:color="auto"/>
                            <w:right w:val="none" w:sz="0" w:space="0" w:color="auto"/>
                          </w:divBdr>
                        </w:div>
                        <w:div w:id="757407887">
                          <w:marLeft w:val="0"/>
                          <w:marRight w:val="0"/>
                          <w:marTop w:val="0"/>
                          <w:marBottom w:val="0"/>
                          <w:divBdr>
                            <w:top w:val="none" w:sz="0" w:space="0" w:color="auto"/>
                            <w:left w:val="none" w:sz="0" w:space="0" w:color="auto"/>
                            <w:bottom w:val="none" w:sz="0" w:space="0" w:color="auto"/>
                            <w:right w:val="none" w:sz="0" w:space="0" w:color="auto"/>
                          </w:divBdr>
                        </w:div>
                      </w:divsChild>
                    </w:div>
                    <w:div w:id="365832196">
                      <w:marLeft w:val="0"/>
                      <w:marRight w:val="0"/>
                      <w:marTop w:val="0"/>
                      <w:marBottom w:val="0"/>
                      <w:divBdr>
                        <w:top w:val="none" w:sz="0" w:space="0" w:color="auto"/>
                        <w:left w:val="none" w:sz="0" w:space="0" w:color="auto"/>
                        <w:bottom w:val="none" w:sz="0" w:space="0" w:color="auto"/>
                        <w:right w:val="none" w:sz="0" w:space="0" w:color="auto"/>
                      </w:divBdr>
                      <w:divsChild>
                        <w:div w:id="1959674218">
                          <w:marLeft w:val="0"/>
                          <w:marRight w:val="0"/>
                          <w:marTop w:val="0"/>
                          <w:marBottom w:val="0"/>
                          <w:divBdr>
                            <w:top w:val="none" w:sz="0" w:space="0" w:color="auto"/>
                            <w:left w:val="none" w:sz="0" w:space="0" w:color="auto"/>
                            <w:bottom w:val="none" w:sz="0" w:space="0" w:color="auto"/>
                            <w:right w:val="none" w:sz="0" w:space="0" w:color="auto"/>
                          </w:divBdr>
                        </w:div>
                        <w:div w:id="22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628132">
          <w:marLeft w:val="0"/>
          <w:marRight w:val="0"/>
          <w:marTop w:val="0"/>
          <w:marBottom w:val="0"/>
          <w:divBdr>
            <w:top w:val="none" w:sz="0" w:space="0" w:color="auto"/>
            <w:left w:val="none" w:sz="0" w:space="0" w:color="auto"/>
            <w:bottom w:val="none" w:sz="0" w:space="0" w:color="auto"/>
            <w:right w:val="none" w:sz="0" w:space="0" w:color="auto"/>
          </w:divBdr>
          <w:divsChild>
            <w:div w:id="324557506">
              <w:marLeft w:val="0"/>
              <w:marRight w:val="0"/>
              <w:marTop w:val="0"/>
              <w:marBottom w:val="0"/>
              <w:divBdr>
                <w:top w:val="none" w:sz="0" w:space="0" w:color="auto"/>
                <w:left w:val="none" w:sz="0" w:space="0" w:color="auto"/>
                <w:bottom w:val="none" w:sz="0" w:space="0" w:color="auto"/>
                <w:right w:val="none" w:sz="0" w:space="0" w:color="auto"/>
              </w:divBdr>
              <w:divsChild>
                <w:div w:id="655643903">
                  <w:marLeft w:val="0"/>
                  <w:marRight w:val="0"/>
                  <w:marTop w:val="0"/>
                  <w:marBottom w:val="180"/>
                  <w:divBdr>
                    <w:top w:val="none" w:sz="0" w:space="0" w:color="auto"/>
                    <w:left w:val="none" w:sz="0" w:space="0" w:color="auto"/>
                    <w:bottom w:val="single" w:sz="12" w:space="5" w:color="E9ECEF"/>
                    <w:right w:val="none" w:sz="0" w:space="0" w:color="auto"/>
                  </w:divBdr>
                </w:div>
                <w:div w:id="726874251">
                  <w:marLeft w:val="0"/>
                  <w:marRight w:val="0"/>
                  <w:marTop w:val="0"/>
                  <w:marBottom w:val="180"/>
                  <w:divBdr>
                    <w:top w:val="none" w:sz="0" w:space="0" w:color="auto"/>
                    <w:left w:val="none" w:sz="0" w:space="0" w:color="auto"/>
                    <w:bottom w:val="none" w:sz="0" w:space="0" w:color="auto"/>
                    <w:right w:val="none" w:sz="0" w:space="0" w:color="auto"/>
                  </w:divBdr>
                  <w:divsChild>
                    <w:div w:id="1736277145">
                      <w:marLeft w:val="0"/>
                      <w:marRight w:val="0"/>
                      <w:marTop w:val="0"/>
                      <w:marBottom w:val="0"/>
                      <w:divBdr>
                        <w:top w:val="none" w:sz="0" w:space="0" w:color="auto"/>
                        <w:left w:val="none" w:sz="0" w:space="0" w:color="auto"/>
                        <w:bottom w:val="none" w:sz="0" w:space="0" w:color="auto"/>
                        <w:right w:val="none" w:sz="0" w:space="0" w:color="auto"/>
                      </w:divBdr>
                    </w:div>
                  </w:divsChild>
                </w:div>
                <w:div w:id="1864127161">
                  <w:marLeft w:val="0"/>
                  <w:marRight w:val="0"/>
                  <w:marTop w:val="0"/>
                  <w:marBottom w:val="0"/>
                  <w:divBdr>
                    <w:top w:val="none" w:sz="0" w:space="0" w:color="auto"/>
                    <w:left w:val="none" w:sz="0" w:space="0" w:color="auto"/>
                    <w:bottom w:val="none" w:sz="0" w:space="0" w:color="auto"/>
                    <w:right w:val="none" w:sz="0" w:space="0" w:color="auto"/>
                  </w:divBdr>
                  <w:divsChild>
                    <w:div w:id="1983731828">
                      <w:marLeft w:val="0"/>
                      <w:marRight w:val="0"/>
                      <w:marTop w:val="0"/>
                      <w:marBottom w:val="0"/>
                      <w:divBdr>
                        <w:top w:val="none" w:sz="0" w:space="0" w:color="auto"/>
                        <w:left w:val="none" w:sz="0" w:space="0" w:color="auto"/>
                        <w:bottom w:val="none" w:sz="0" w:space="0" w:color="auto"/>
                        <w:right w:val="none" w:sz="0" w:space="0" w:color="auto"/>
                      </w:divBdr>
                      <w:divsChild>
                        <w:div w:id="1464926407">
                          <w:marLeft w:val="0"/>
                          <w:marRight w:val="0"/>
                          <w:marTop w:val="0"/>
                          <w:marBottom w:val="0"/>
                          <w:divBdr>
                            <w:top w:val="none" w:sz="0" w:space="0" w:color="auto"/>
                            <w:left w:val="none" w:sz="0" w:space="0" w:color="auto"/>
                            <w:bottom w:val="none" w:sz="0" w:space="0" w:color="auto"/>
                            <w:right w:val="none" w:sz="0" w:space="0" w:color="auto"/>
                          </w:divBdr>
                        </w:div>
                        <w:div w:id="175501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220519">
          <w:marLeft w:val="0"/>
          <w:marRight w:val="0"/>
          <w:marTop w:val="0"/>
          <w:marBottom w:val="0"/>
          <w:divBdr>
            <w:top w:val="none" w:sz="0" w:space="0" w:color="auto"/>
            <w:left w:val="none" w:sz="0" w:space="0" w:color="auto"/>
            <w:bottom w:val="none" w:sz="0" w:space="0" w:color="auto"/>
            <w:right w:val="none" w:sz="0" w:space="0" w:color="auto"/>
          </w:divBdr>
          <w:divsChild>
            <w:div w:id="916784375">
              <w:marLeft w:val="0"/>
              <w:marRight w:val="0"/>
              <w:marTop w:val="0"/>
              <w:marBottom w:val="0"/>
              <w:divBdr>
                <w:top w:val="none" w:sz="0" w:space="0" w:color="auto"/>
                <w:left w:val="none" w:sz="0" w:space="0" w:color="auto"/>
                <w:bottom w:val="none" w:sz="0" w:space="0" w:color="auto"/>
                <w:right w:val="none" w:sz="0" w:space="0" w:color="auto"/>
              </w:divBdr>
              <w:divsChild>
                <w:div w:id="663245206">
                  <w:marLeft w:val="0"/>
                  <w:marRight w:val="0"/>
                  <w:marTop w:val="0"/>
                  <w:marBottom w:val="180"/>
                  <w:divBdr>
                    <w:top w:val="none" w:sz="0" w:space="0" w:color="auto"/>
                    <w:left w:val="none" w:sz="0" w:space="0" w:color="auto"/>
                    <w:bottom w:val="single" w:sz="12" w:space="5" w:color="E9ECEF"/>
                    <w:right w:val="none" w:sz="0" w:space="0" w:color="auto"/>
                  </w:divBdr>
                </w:div>
                <w:div w:id="1274095038">
                  <w:marLeft w:val="0"/>
                  <w:marRight w:val="0"/>
                  <w:marTop w:val="0"/>
                  <w:marBottom w:val="180"/>
                  <w:divBdr>
                    <w:top w:val="none" w:sz="0" w:space="0" w:color="auto"/>
                    <w:left w:val="none" w:sz="0" w:space="0" w:color="auto"/>
                    <w:bottom w:val="none" w:sz="0" w:space="0" w:color="auto"/>
                    <w:right w:val="none" w:sz="0" w:space="0" w:color="auto"/>
                  </w:divBdr>
                  <w:divsChild>
                    <w:div w:id="205920400">
                      <w:marLeft w:val="0"/>
                      <w:marRight w:val="0"/>
                      <w:marTop w:val="0"/>
                      <w:marBottom w:val="0"/>
                      <w:divBdr>
                        <w:top w:val="none" w:sz="0" w:space="0" w:color="auto"/>
                        <w:left w:val="none" w:sz="0" w:space="0" w:color="auto"/>
                        <w:bottom w:val="none" w:sz="0" w:space="0" w:color="auto"/>
                        <w:right w:val="none" w:sz="0" w:space="0" w:color="auto"/>
                      </w:divBdr>
                    </w:div>
                  </w:divsChild>
                </w:div>
                <w:div w:id="699621801">
                  <w:marLeft w:val="0"/>
                  <w:marRight w:val="0"/>
                  <w:marTop w:val="0"/>
                  <w:marBottom w:val="0"/>
                  <w:divBdr>
                    <w:top w:val="none" w:sz="0" w:space="0" w:color="auto"/>
                    <w:left w:val="none" w:sz="0" w:space="0" w:color="auto"/>
                    <w:bottom w:val="none" w:sz="0" w:space="0" w:color="auto"/>
                    <w:right w:val="none" w:sz="0" w:space="0" w:color="auto"/>
                  </w:divBdr>
                  <w:divsChild>
                    <w:div w:id="880286069">
                      <w:marLeft w:val="0"/>
                      <w:marRight w:val="0"/>
                      <w:marTop w:val="0"/>
                      <w:marBottom w:val="0"/>
                      <w:divBdr>
                        <w:top w:val="none" w:sz="0" w:space="0" w:color="auto"/>
                        <w:left w:val="none" w:sz="0" w:space="0" w:color="auto"/>
                        <w:bottom w:val="none" w:sz="0" w:space="0" w:color="auto"/>
                        <w:right w:val="none" w:sz="0" w:space="0" w:color="auto"/>
                      </w:divBdr>
                      <w:divsChild>
                        <w:div w:id="1926299974">
                          <w:marLeft w:val="0"/>
                          <w:marRight w:val="0"/>
                          <w:marTop w:val="0"/>
                          <w:marBottom w:val="0"/>
                          <w:divBdr>
                            <w:top w:val="none" w:sz="0" w:space="0" w:color="auto"/>
                            <w:left w:val="none" w:sz="0" w:space="0" w:color="auto"/>
                            <w:bottom w:val="none" w:sz="0" w:space="0" w:color="auto"/>
                            <w:right w:val="none" w:sz="0" w:space="0" w:color="auto"/>
                          </w:divBdr>
                        </w:div>
                        <w:div w:id="149599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357949">
      <w:bodyDiv w:val="1"/>
      <w:marLeft w:val="0"/>
      <w:marRight w:val="0"/>
      <w:marTop w:val="0"/>
      <w:marBottom w:val="0"/>
      <w:divBdr>
        <w:top w:val="none" w:sz="0" w:space="0" w:color="auto"/>
        <w:left w:val="none" w:sz="0" w:space="0" w:color="auto"/>
        <w:bottom w:val="none" w:sz="0" w:space="0" w:color="auto"/>
        <w:right w:val="none" w:sz="0" w:space="0" w:color="auto"/>
      </w:divBdr>
      <w:divsChild>
        <w:div w:id="1929386183">
          <w:marLeft w:val="0"/>
          <w:marRight w:val="0"/>
          <w:marTop w:val="0"/>
          <w:marBottom w:val="0"/>
          <w:divBdr>
            <w:top w:val="none" w:sz="0" w:space="0" w:color="auto"/>
            <w:left w:val="none" w:sz="0" w:space="0" w:color="auto"/>
            <w:bottom w:val="none" w:sz="0" w:space="0" w:color="auto"/>
            <w:right w:val="none" w:sz="0" w:space="0" w:color="auto"/>
          </w:divBdr>
          <w:divsChild>
            <w:div w:id="96291805">
              <w:marLeft w:val="0"/>
              <w:marRight w:val="0"/>
              <w:marTop w:val="0"/>
              <w:marBottom w:val="0"/>
              <w:divBdr>
                <w:top w:val="none" w:sz="0" w:space="0" w:color="auto"/>
                <w:left w:val="none" w:sz="0" w:space="0" w:color="auto"/>
                <w:bottom w:val="none" w:sz="0" w:space="0" w:color="auto"/>
                <w:right w:val="none" w:sz="0" w:space="0" w:color="auto"/>
              </w:divBdr>
              <w:divsChild>
                <w:div w:id="1586913525">
                  <w:marLeft w:val="0"/>
                  <w:marRight w:val="0"/>
                  <w:marTop w:val="0"/>
                  <w:marBottom w:val="180"/>
                  <w:divBdr>
                    <w:top w:val="none" w:sz="0" w:space="0" w:color="auto"/>
                    <w:left w:val="none" w:sz="0" w:space="0" w:color="auto"/>
                    <w:bottom w:val="single" w:sz="12" w:space="5" w:color="E9ECEF"/>
                    <w:right w:val="none" w:sz="0" w:space="0" w:color="auto"/>
                  </w:divBdr>
                </w:div>
                <w:div w:id="1939364494">
                  <w:marLeft w:val="0"/>
                  <w:marRight w:val="0"/>
                  <w:marTop w:val="0"/>
                  <w:marBottom w:val="180"/>
                  <w:divBdr>
                    <w:top w:val="none" w:sz="0" w:space="0" w:color="auto"/>
                    <w:left w:val="none" w:sz="0" w:space="0" w:color="auto"/>
                    <w:bottom w:val="none" w:sz="0" w:space="0" w:color="auto"/>
                    <w:right w:val="none" w:sz="0" w:space="0" w:color="auto"/>
                  </w:divBdr>
                  <w:divsChild>
                    <w:div w:id="826634639">
                      <w:marLeft w:val="0"/>
                      <w:marRight w:val="0"/>
                      <w:marTop w:val="0"/>
                      <w:marBottom w:val="0"/>
                      <w:divBdr>
                        <w:top w:val="none" w:sz="0" w:space="0" w:color="auto"/>
                        <w:left w:val="none" w:sz="0" w:space="0" w:color="auto"/>
                        <w:bottom w:val="none" w:sz="0" w:space="0" w:color="auto"/>
                        <w:right w:val="none" w:sz="0" w:space="0" w:color="auto"/>
                      </w:divBdr>
                    </w:div>
                    <w:div w:id="461460853">
                      <w:marLeft w:val="0"/>
                      <w:marRight w:val="0"/>
                      <w:marTop w:val="0"/>
                      <w:marBottom w:val="0"/>
                      <w:divBdr>
                        <w:top w:val="none" w:sz="0" w:space="0" w:color="auto"/>
                        <w:left w:val="none" w:sz="0" w:space="0" w:color="auto"/>
                        <w:bottom w:val="none" w:sz="0" w:space="0" w:color="auto"/>
                        <w:right w:val="none" w:sz="0" w:space="0" w:color="auto"/>
                      </w:divBdr>
                    </w:div>
                    <w:div w:id="267396880">
                      <w:marLeft w:val="0"/>
                      <w:marRight w:val="0"/>
                      <w:marTop w:val="0"/>
                      <w:marBottom w:val="0"/>
                      <w:divBdr>
                        <w:top w:val="none" w:sz="0" w:space="0" w:color="auto"/>
                        <w:left w:val="none" w:sz="0" w:space="0" w:color="auto"/>
                        <w:bottom w:val="none" w:sz="0" w:space="0" w:color="auto"/>
                        <w:right w:val="none" w:sz="0" w:space="0" w:color="auto"/>
                      </w:divBdr>
                    </w:div>
                    <w:div w:id="520750547">
                      <w:marLeft w:val="0"/>
                      <w:marRight w:val="0"/>
                      <w:marTop w:val="0"/>
                      <w:marBottom w:val="0"/>
                      <w:divBdr>
                        <w:top w:val="none" w:sz="0" w:space="0" w:color="auto"/>
                        <w:left w:val="none" w:sz="0" w:space="0" w:color="auto"/>
                        <w:bottom w:val="none" w:sz="0" w:space="0" w:color="auto"/>
                        <w:right w:val="none" w:sz="0" w:space="0" w:color="auto"/>
                      </w:divBdr>
                    </w:div>
                    <w:div w:id="1763574744">
                      <w:marLeft w:val="0"/>
                      <w:marRight w:val="0"/>
                      <w:marTop w:val="0"/>
                      <w:marBottom w:val="0"/>
                      <w:divBdr>
                        <w:top w:val="none" w:sz="0" w:space="0" w:color="auto"/>
                        <w:left w:val="none" w:sz="0" w:space="0" w:color="auto"/>
                        <w:bottom w:val="none" w:sz="0" w:space="0" w:color="auto"/>
                        <w:right w:val="none" w:sz="0" w:space="0" w:color="auto"/>
                      </w:divBdr>
                    </w:div>
                  </w:divsChild>
                </w:div>
                <w:div w:id="118380320">
                  <w:marLeft w:val="0"/>
                  <w:marRight w:val="0"/>
                  <w:marTop w:val="0"/>
                  <w:marBottom w:val="0"/>
                  <w:divBdr>
                    <w:top w:val="none" w:sz="0" w:space="0" w:color="auto"/>
                    <w:left w:val="none" w:sz="0" w:space="0" w:color="auto"/>
                    <w:bottom w:val="none" w:sz="0" w:space="0" w:color="auto"/>
                    <w:right w:val="none" w:sz="0" w:space="0" w:color="auto"/>
                  </w:divBdr>
                  <w:divsChild>
                    <w:div w:id="469638166">
                      <w:marLeft w:val="0"/>
                      <w:marRight w:val="0"/>
                      <w:marTop w:val="0"/>
                      <w:marBottom w:val="0"/>
                      <w:divBdr>
                        <w:top w:val="none" w:sz="0" w:space="0" w:color="auto"/>
                        <w:left w:val="none" w:sz="0" w:space="0" w:color="auto"/>
                        <w:bottom w:val="none" w:sz="0" w:space="0" w:color="auto"/>
                        <w:right w:val="none" w:sz="0" w:space="0" w:color="auto"/>
                      </w:divBdr>
                      <w:divsChild>
                        <w:div w:id="195508494">
                          <w:marLeft w:val="0"/>
                          <w:marRight w:val="0"/>
                          <w:marTop w:val="0"/>
                          <w:marBottom w:val="0"/>
                          <w:divBdr>
                            <w:top w:val="none" w:sz="0" w:space="0" w:color="auto"/>
                            <w:left w:val="none" w:sz="0" w:space="0" w:color="auto"/>
                            <w:bottom w:val="none" w:sz="0" w:space="0" w:color="auto"/>
                            <w:right w:val="none" w:sz="0" w:space="0" w:color="auto"/>
                          </w:divBdr>
                        </w:div>
                        <w:div w:id="1961497462">
                          <w:marLeft w:val="0"/>
                          <w:marRight w:val="0"/>
                          <w:marTop w:val="0"/>
                          <w:marBottom w:val="0"/>
                          <w:divBdr>
                            <w:top w:val="none" w:sz="0" w:space="0" w:color="auto"/>
                            <w:left w:val="none" w:sz="0" w:space="0" w:color="auto"/>
                            <w:bottom w:val="none" w:sz="0" w:space="0" w:color="auto"/>
                            <w:right w:val="none" w:sz="0" w:space="0" w:color="auto"/>
                          </w:divBdr>
                        </w:div>
                      </w:divsChild>
                    </w:div>
                    <w:div w:id="812217657">
                      <w:marLeft w:val="0"/>
                      <w:marRight w:val="0"/>
                      <w:marTop w:val="0"/>
                      <w:marBottom w:val="0"/>
                      <w:divBdr>
                        <w:top w:val="none" w:sz="0" w:space="0" w:color="auto"/>
                        <w:left w:val="none" w:sz="0" w:space="0" w:color="auto"/>
                        <w:bottom w:val="none" w:sz="0" w:space="0" w:color="auto"/>
                        <w:right w:val="none" w:sz="0" w:space="0" w:color="auto"/>
                      </w:divBdr>
                      <w:divsChild>
                        <w:div w:id="159122451">
                          <w:marLeft w:val="0"/>
                          <w:marRight w:val="0"/>
                          <w:marTop w:val="0"/>
                          <w:marBottom w:val="0"/>
                          <w:divBdr>
                            <w:top w:val="none" w:sz="0" w:space="0" w:color="auto"/>
                            <w:left w:val="none" w:sz="0" w:space="0" w:color="auto"/>
                            <w:bottom w:val="none" w:sz="0" w:space="0" w:color="auto"/>
                            <w:right w:val="none" w:sz="0" w:space="0" w:color="auto"/>
                          </w:divBdr>
                        </w:div>
                        <w:div w:id="1550653373">
                          <w:marLeft w:val="0"/>
                          <w:marRight w:val="0"/>
                          <w:marTop w:val="0"/>
                          <w:marBottom w:val="0"/>
                          <w:divBdr>
                            <w:top w:val="none" w:sz="0" w:space="0" w:color="auto"/>
                            <w:left w:val="none" w:sz="0" w:space="0" w:color="auto"/>
                            <w:bottom w:val="none" w:sz="0" w:space="0" w:color="auto"/>
                            <w:right w:val="none" w:sz="0" w:space="0" w:color="auto"/>
                          </w:divBdr>
                        </w:div>
                      </w:divsChild>
                    </w:div>
                    <w:div w:id="1834643208">
                      <w:marLeft w:val="0"/>
                      <w:marRight w:val="0"/>
                      <w:marTop w:val="0"/>
                      <w:marBottom w:val="0"/>
                      <w:divBdr>
                        <w:top w:val="none" w:sz="0" w:space="0" w:color="auto"/>
                        <w:left w:val="none" w:sz="0" w:space="0" w:color="auto"/>
                        <w:bottom w:val="none" w:sz="0" w:space="0" w:color="auto"/>
                        <w:right w:val="none" w:sz="0" w:space="0" w:color="auto"/>
                      </w:divBdr>
                      <w:divsChild>
                        <w:div w:id="1106391092">
                          <w:marLeft w:val="0"/>
                          <w:marRight w:val="0"/>
                          <w:marTop w:val="0"/>
                          <w:marBottom w:val="0"/>
                          <w:divBdr>
                            <w:top w:val="none" w:sz="0" w:space="0" w:color="auto"/>
                            <w:left w:val="none" w:sz="0" w:space="0" w:color="auto"/>
                            <w:bottom w:val="none" w:sz="0" w:space="0" w:color="auto"/>
                            <w:right w:val="none" w:sz="0" w:space="0" w:color="auto"/>
                          </w:divBdr>
                        </w:div>
                        <w:div w:id="1335958296">
                          <w:marLeft w:val="0"/>
                          <w:marRight w:val="0"/>
                          <w:marTop w:val="0"/>
                          <w:marBottom w:val="0"/>
                          <w:divBdr>
                            <w:top w:val="none" w:sz="0" w:space="0" w:color="auto"/>
                            <w:left w:val="none" w:sz="0" w:space="0" w:color="auto"/>
                            <w:bottom w:val="none" w:sz="0" w:space="0" w:color="auto"/>
                            <w:right w:val="none" w:sz="0" w:space="0" w:color="auto"/>
                          </w:divBdr>
                        </w:div>
                      </w:divsChild>
                    </w:div>
                    <w:div w:id="1127161780">
                      <w:marLeft w:val="0"/>
                      <w:marRight w:val="0"/>
                      <w:marTop w:val="0"/>
                      <w:marBottom w:val="0"/>
                      <w:divBdr>
                        <w:top w:val="none" w:sz="0" w:space="0" w:color="auto"/>
                        <w:left w:val="none" w:sz="0" w:space="0" w:color="auto"/>
                        <w:bottom w:val="none" w:sz="0" w:space="0" w:color="auto"/>
                        <w:right w:val="none" w:sz="0" w:space="0" w:color="auto"/>
                      </w:divBdr>
                      <w:divsChild>
                        <w:div w:id="1079250090">
                          <w:marLeft w:val="0"/>
                          <w:marRight w:val="0"/>
                          <w:marTop w:val="0"/>
                          <w:marBottom w:val="0"/>
                          <w:divBdr>
                            <w:top w:val="none" w:sz="0" w:space="0" w:color="auto"/>
                            <w:left w:val="none" w:sz="0" w:space="0" w:color="auto"/>
                            <w:bottom w:val="none" w:sz="0" w:space="0" w:color="auto"/>
                            <w:right w:val="none" w:sz="0" w:space="0" w:color="auto"/>
                          </w:divBdr>
                        </w:div>
                        <w:div w:id="1844734848">
                          <w:marLeft w:val="0"/>
                          <w:marRight w:val="0"/>
                          <w:marTop w:val="0"/>
                          <w:marBottom w:val="0"/>
                          <w:divBdr>
                            <w:top w:val="none" w:sz="0" w:space="0" w:color="auto"/>
                            <w:left w:val="none" w:sz="0" w:space="0" w:color="auto"/>
                            <w:bottom w:val="none" w:sz="0" w:space="0" w:color="auto"/>
                            <w:right w:val="none" w:sz="0" w:space="0" w:color="auto"/>
                          </w:divBdr>
                        </w:div>
                      </w:divsChild>
                    </w:div>
                    <w:div w:id="843201967">
                      <w:marLeft w:val="0"/>
                      <w:marRight w:val="0"/>
                      <w:marTop w:val="0"/>
                      <w:marBottom w:val="0"/>
                      <w:divBdr>
                        <w:top w:val="none" w:sz="0" w:space="0" w:color="auto"/>
                        <w:left w:val="none" w:sz="0" w:space="0" w:color="auto"/>
                        <w:bottom w:val="none" w:sz="0" w:space="0" w:color="auto"/>
                        <w:right w:val="none" w:sz="0" w:space="0" w:color="auto"/>
                      </w:divBdr>
                      <w:divsChild>
                        <w:div w:id="1448548462">
                          <w:marLeft w:val="0"/>
                          <w:marRight w:val="0"/>
                          <w:marTop w:val="0"/>
                          <w:marBottom w:val="0"/>
                          <w:divBdr>
                            <w:top w:val="none" w:sz="0" w:space="0" w:color="auto"/>
                            <w:left w:val="none" w:sz="0" w:space="0" w:color="auto"/>
                            <w:bottom w:val="none" w:sz="0" w:space="0" w:color="auto"/>
                            <w:right w:val="none" w:sz="0" w:space="0" w:color="auto"/>
                          </w:divBdr>
                        </w:div>
                        <w:div w:id="119638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176224">
          <w:marLeft w:val="0"/>
          <w:marRight w:val="0"/>
          <w:marTop w:val="0"/>
          <w:marBottom w:val="0"/>
          <w:divBdr>
            <w:top w:val="none" w:sz="0" w:space="0" w:color="auto"/>
            <w:left w:val="none" w:sz="0" w:space="0" w:color="auto"/>
            <w:bottom w:val="none" w:sz="0" w:space="0" w:color="auto"/>
            <w:right w:val="none" w:sz="0" w:space="0" w:color="auto"/>
          </w:divBdr>
          <w:divsChild>
            <w:div w:id="16003021">
              <w:marLeft w:val="0"/>
              <w:marRight w:val="0"/>
              <w:marTop w:val="0"/>
              <w:marBottom w:val="0"/>
              <w:divBdr>
                <w:top w:val="none" w:sz="0" w:space="0" w:color="auto"/>
                <w:left w:val="none" w:sz="0" w:space="0" w:color="auto"/>
                <w:bottom w:val="none" w:sz="0" w:space="0" w:color="auto"/>
                <w:right w:val="none" w:sz="0" w:space="0" w:color="auto"/>
              </w:divBdr>
              <w:divsChild>
                <w:div w:id="295263791">
                  <w:marLeft w:val="0"/>
                  <w:marRight w:val="0"/>
                  <w:marTop w:val="0"/>
                  <w:marBottom w:val="180"/>
                  <w:divBdr>
                    <w:top w:val="none" w:sz="0" w:space="0" w:color="auto"/>
                    <w:left w:val="none" w:sz="0" w:space="0" w:color="auto"/>
                    <w:bottom w:val="single" w:sz="12" w:space="5" w:color="E9ECEF"/>
                    <w:right w:val="none" w:sz="0" w:space="0" w:color="auto"/>
                  </w:divBdr>
                </w:div>
                <w:div w:id="188878362">
                  <w:marLeft w:val="0"/>
                  <w:marRight w:val="0"/>
                  <w:marTop w:val="0"/>
                  <w:marBottom w:val="180"/>
                  <w:divBdr>
                    <w:top w:val="none" w:sz="0" w:space="0" w:color="auto"/>
                    <w:left w:val="none" w:sz="0" w:space="0" w:color="auto"/>
                    <w:bottom w:val="none" w:sz="0" w:space="0" w:color="auto"/>
                    <w:right w:val="none" w:sz="0" w:space="0" w:color="auto"/>
                  </w:divBdr>
                  <w:divsChild>
                    <w:div w:id="1241598660">
                      <w:marLeft w:val="0"/>
                      <w:marRight w:val="0"/>
                      <w:marTop w:val="0"/>
                      <w:marBottom w:val="0"/>
                      <w:divBdr>
                        <w:top w:val="none" w:sz="0" w:space="0" w:color="auto"/>
                        <w:left w:val="none" w:sz="0" w:space="0" w:color="auto"/>
                        <w:bottom w:val="none" w:sz="0" w:space="0" w:color="auto"/>
                        <w:right w:val="none" w:sz="0" w:space="0" w:color="auto"/>
                      </w:divBdr>
                    </w:div>
                    <w:div w:id="1584952499">
                      <w:marLeft w:val="0"/>
                      <w:marRight w:val="0"/>
                      <w:marTop w:val="0"/>
                      <w:marBottom w:val="0"/>
                      <w:divBdr>
                        <w:top w:val="none" w:sz="0" w:space="0" w:color="auto"/>
                        <w:left w:val="none" w:sz="0" w:space="0" w:color="auto"/>
                        <w:bottom w:val="none" w:sz="0" w:space="0" w:color="auto"/>
                        <w:right w:val="none" w:sz="0" w:space="0" w:color="auto"/>
                      </w:divBdr>
                    </w:div>
                    <w:div w:id="433015947">
                      <w:marLeft w:val="0"/>
                      <w:marRight w:val="0"/>
                      <w:marTop w:val="0"/>
                      <w:marBottom w:val="0"/>
                      <w:divBdr>
                        <w:top w:val="none" w:sz="0" w:space="0" w:color="auto"/>
                        <w:left w:val="none" w:sz="0" w:space="0" w:color="auto"/>
                        <w:bottom w:val="none" w:sz="0" w:space="0" w:color="auto"/>
                        <w:right w:val="none" w:sz="0" w:space="0" w:color="auto"/>
                      </w:divBdr>
                    </w:div>
                    <w:div w:id="399911995">
                      <w:marLeft w:val="0"/>
                      <w:marRight w:val="0"/>
                      <w:marTop w:val="0"/>
                      <w:marBottom w:val="0"/>
                      <w:divBdr>
                        <w:top w:val="none" w:sz="0" w:space="0" w:color="auto"/>
                        <w:left w:val="none" w:sz="0" w:space="0" w:color="auto"/>
                        <w:bottom w:val="none" w:sz="0" w:space="0" w:color="auto"/>
                        <w:right w:val="none" w:sz="0" w:space="0" w:color="auto"/>
                      </w:divBdr>
                    </w:div>
                    <w:div w:id="1607301772">
                      <w:marLeft w:val="0"/>
                      <w:marRight w:val="0"/>
                      <w:marTop w:val="0"/>
                      <w:marBottom w:val="0"/>
                      <w:divBdr>
                        <w:top w:val="none" w:sz="0" w:space="0" w:color="auto"/>
                        <w:left w:val="none" w:sz="0" w:space="0" w:color="auto"/>
                        <w:bottom w:val="none" w:sz="0" w:space="0" w:color="auto"/>
                        <w:right w:val="none" w:sz="0" w:space="0" w:color="auto"/>
                      </w:divBdr>
                    </w:div>
                    <w:div w:id="1990089004">
                      <w:marLeft w:val="0"/>
                      <w:marRight w:val="0"/>
                      <w:marTop w:val="0"/>
                      <w:marBottom w:val="0"/>
                      <w:divBdr>
                        <w:top w:val="none" w:sz="0" w:space="0" w:color="auto"/>
                        <w:left w:val="none" w:sz="0" w:space="0" w:color="auto"/>
                        <w:bottom w:val="none" w:sz="0" w:space="0" w:color="auto"/>
                        <w:right w:val="none" w:sz="0" w:space="0" w:color="auto"/>
                      </w:divBdr>
                    </w:div>
                  </w:divsChild>
                </w:div>
                <w:div w:id="244655850">
                  <w:marLeft w:val="0"/>
                  <w:marRight w:val="0"/>
                  <w:marTop w:val="0"/>
                  <w:marBottom w:val="0"/>
                  <w:divBdr>
                    <w:top w:val="none" w:sz="0" w:space="0" w:color="auto"/>
                    <w:left w:val="none" w:sz="0" w:space="0" w:color="auto"/>
                    <w:bottom w:val="none" w:sz="0" w:space="0" w:color="auto"/>
                    <w:right w:val="none" w:sz="0" w:space="0" w:color="auto"/>
                  </w:divBdr>
                  <w:divsChild>
                    <w:div w:id="881090210">
                      <w:marLeft w:val="0"/>
                      <w:marRight w:val="0"/>
                      <w:marTop w:val="0"/>
                      <w:marBottom w:val="0"/>
                      <w:divBdr>
                        <w:top w:val="none" w:sz="0" w:space="0" w:color="auto"/>
                        <w:left w:val="none" w:sz="0" w:space="0" w:color="auto"/>
                        <w:bottom w:val="none" w:sz="0" w:space="0" w:color="auto"/>
                        <w:right w:val="none" w:sz="0" w:space="0" w:color="auto"/>
                      </w:divBdr>
                      <w:divsChild>
                        <w:div w:id="19355889">
                          <w:marLeft w:val="0"/>
                          <w:marRight w:val="0"/>
                          <w:marTop w:val="0"/>
                          <w:marBottom w:val="0"/>
                          <w:divBdr>
                            <w:top w:val="none" w:sz="0" w:space="0" w:color="auto"/>
                            <w:left w:val="none" w:sz="0" w:space="0" w:color="auto"/>
                            <w:bottom w:val="none" w:sz="0" w:space="0" w:color="auto"/>
                            <w:right w:val="none" w:sz="0" w:space="0" w:color="auto"/>
                          </w:divBdr>
                        </w:div>
                        <w:div w:id="1014111088">
                          <w:marLeft w:val="0"/>
                          <w:marRight w:val="0"/>
                          <w:marTop w:val="0"/>
                          <w:marBottom w:val="0"/>
                          <w:divBdr>
                            <w:top w:val="none" w:sz="0" w:space="0" w:color="auto"/>
                            <w:left w:val="none" w:sz="0" w:space="0" w:color="auto"/>
                            <w:bottom w:val="none" w:sz="0" w:space="0" w:color="auto"/>
                            <w:right w:val="none" w:sz="0" w:space="0" w:color="auto"/>
                          </w:divBdr>
                        </w:div>
                      </w:divsChild>
                    </w:div>
                    <w:div w:id="844128037">
                      <w:marLeft w:val="0"/>
                      <w:marRight w:val="0"/>
                      <w:marTop w:val="0"/>
                      <w:marBottom w:val="0"/>
                      <w:divBdr>
                        <w:top w:val="none" w:sz="0" w:space="0" w:color="auto"/>
                        <w:left w:val="none" w:sz="0" w:space="0" w:color="auto"/>
                        <w:bottom w:val="none" w:sz="0" w:space="0" w:color="auto"/>
                        <w:right w:val="none" w:sz="0" w:space="0" w:color="auto"/>
                      </w:divBdr>
                      <w:divsChild>
                        <w:div w:id="355813598">
                          <w:marLeft w:val="0"/>
                          <w:marRight w:val="0"/>
                          <w:marTop w:val="0"/>
                          <w:marBottom w:val="0"/>
                          <w:divBdr>
                            <w:top w:val="none" w:sz="0" w:space="0" w:color="auto"/>
                            <w:left w:val="none" w:sz="0" w:space="0" w:color="auto"/>
                            <w:bottom w:val="none" w:sz="0" w:space="0" w:color="auto"/>
                            <w:right w:val="none" w:sz="0" w:space="0" w:color="auto"/>
                          </w:divBdr>
                        </w:div>
                        <w:div w:id="455879874">
                          <w:marLeft w:val="0"/>
                          <w:marRight w:val="0"/>
                          <w:marTop w:val="0"/>
                          <w:marBottom w:val="0"/>
                          <w:divBdr>
                            <w:top w:val="none" w:sz="0" w:space="0" w:color="auto"/>
                            <w:left w:val="none" w:sz="0" w:space="0" w:color="auto"/>
                            <w:bottom w:val="none" w:sz="0" w:space="0" w:color="auto"/>
                            <w:right w:val="none" w:sz="0" w:space="0" w:color="auto"/>
                          </w:divBdr>
                        </w:div>
                      </w:divsChild>
                    </w:div>
                    <w:div w:id="1921525646">
                      <w:marLeft w:val="0"/>
                      <w:marRight w:val="0"/>
                      <w:marTop w:val="0"/>
                      <w:marBottom w:val="0"/>
                      <w:divBdr>
                        <w:top w:val="none" w:sz="0" w:space="0" w:color="auto"/>
                        <w:left w:val="none" w:sz="0" w:space="0" w:color="auto"/>
                        <w:bottom w:val="none" w:sz="0" w:space="0" w:color="auto"/>
                        <w:right w:val="none" w:sz="0" w:space="0" w:color="auto"/>
                      </w:divBdr>
                      <w:divsChild>
                        <w:div w:id="643507534">
                          <w:marLeft w:val="0"/>
                          <w:marRight w:val="0"/>
                          <w:marTop w:val="0"/>
                          <w:marBottom w:val="0"/>
                          <w:divBdr>
                            <w:top w:val="none" w:sz="0" w:space="0" w:color="auto"/>
                            <w:left w:val="none" w:sz="0" w:space="0" w:color="auto"/>
                            <w:bottom w:val="none" w:sz="0" w:space="0" w:color="auto"/>
                            <w:right w:val="none" w:sz="0" w:space="0" w:color="auto"/>
                          </w:divBdr>
                        </w:div>
                        <w:div w:id="741875380">
                          <w:marLeft w:val="0"/>
                          <w:marRight w:val="0"/>
                          <w:marTop w:val="0"/>
                          <w:marBottom w:val="0"/>
                          <w:divBdr>
                            <w:top w:val="none" w:sz="0" w:space="0" w:color="auto"/>
                            <w:left w:val="none" w:sz="0" w:space="0" w:color="auto"/>
                            <w:bottom w:val="none" w:sz="0" w:space="0" w:color="auto"/>
                            <w:right w:val="none" w:sz="0" w:space="0" w:color="auto"/>
                          </w:divBdr>
                        </w:div>
                      </w:divsChild>
                    </w:div>
                    <w:div w:id="1054112623">
                      <w:marLeft w:val="0"/>
                      <w:marRight w:val="0"/>
                      <w:marTop w:val="0"/>
                      <w:marBottom w:val="0"/>
                      <w:divBdr>
                        <w:top w:val="none" w:sz="0" w:space="0" w:color="auto"/>
                        <w:left w:val="none" w:sz="0" w:space="0" w:color="auto"/>
                        <w:bottom w:val="none" w:sz="0" w:space="0" w:color="auto"/>
                        <w:right w:val="none" w:sz="0" w:space="0" w:color="auto"/>
                      </w:divBdr>
                      <w:divsChild>
                        <w:div w:id="2022006474">
                          <w:marLeft w:val="0"/>
                          <w:marRight w:val="0"/>
                          <w:marTop w:val="0"/>
                          <w:marBottom w:val="0"/>
                          <w:divBdr>
                            <w:top w:val="none" w:sz="0" w:space="0" w:color="auto"/>
                            <w:left w:val="none" w:sz="0" w:space="0" w:color="auto"/>
                            <w:bottom w:val="none" w:sz="0" w:space="0" w:color="auto"/>
                            <w:right w:val="none" w:sz="0" w:space="0" w:color="auto"/>
                          </w:divBdr>
                        </w:div>
                        <w:div w:id="21460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038484">
          <w:marLeft w:val="0"/>
          <w:marRight w:val="0"/>
          <w:marTop w:val="0"/>
          <w:marBottom w:val="0"/>
          <w:divBdr>
            <w:top w:val="none" w:sz="0" w:space="0" w:color="auto"/>
            <w:left w:val="none" w:sz="0" w:space="0" w:color="auto"/>
            <w:bottom w:val="none" w:sz="0" w:space="0" w:color="auto"/>
            <w:right w:val="none" w:sz="0" w:space="0" w:color="auto"/>
          </w:divBdr>
          <w:divsChild>
            <w:div w:id="497159091">
              <w:marLeft w:val="0"/>
              <w:marRight w:val="0"/>
              <w:marTop w:val="0"/>
              <w:marBottom w:val="0"/>
              <w:divBdr>
                <w:top w:val="none" w:sz="0" w:space="0" w:color="auto"/>
                <w:left w:val="none" w:sz="0" w:space="0" w:color="auto"/>
                <w:bottom w:val="none" w:sz="0" w:space="0" w:color="auto"/>
                <w:right w:val="none" w:sz="0" w:space="0" w:color="auto"/>
              </w:divBdr>
              <w:divsChild>
                <w:div w:id="849639177">
                  <w:marLeft w:val="0"/>
                  <w:marRight w:val="0"/>
                  <w:marTop w:val="0"/>
                  <w:marBottom w:val="180"/>
                  <w:divBdr>
                    <w:top w:val="none" w:sz="0" w:space="0" w:color="auto"/>
                    <w:left w:val="none" w:sz="0" w:space="0" w:color="auto"/>
                    <w:bottom w:val="single" w:sz="12" w:space="5" w:color="E9ECEF"/>
                    <w:right w:val="none" w:sz="0" w:space="0" w:color="auto"/>
                  </w:divBdr>
                </w:div>
                <w:div w:id="1521511190">
                  <w:marLeft w:val="0"/>
                  <w:marRight w:val="0"/>
                  <w:marTop w:val="0"/>
                  <w:marBottom w:val="180"/>
                  <w:divBdr>
                    <w:top w:val="none" w:sz="0" w:space="0" w:color="auto"/>
                    <w:left w:val="none" w:sz="0" w:space="0" w:color="auto"/>
                    <w:bottom w:val="none" w:sz="0" w:space="0" w:color="auto"/>
                    <w:right w:val="none" w:sz="0" w:space="0" w:color="auto"/>
                  </w:divBdr>
                  <w:divsChild>
                    <w:div w:id="1255894853">
                      <w:marLeft w:val="0"/>
                      <w:marRight w:val="0"/>
                      <w:marTop w:val="0"/>
                      <w:marBottom w:val="0"/>
                      <w:divBdr>
                        <w:top w:val="none" w:sz="0" w:space="0" w:color="auto"/>
                        <w:left w:val="none" w:sz="0" w:space="0" w:color="auto"/>
                        <w:bottom w:val="none" w:sz="0" w:space="0" w:color="auto"/>
                        <w:right w:val="none" w:sz="0" w:space="0" w:color="auto"/>
                      </w:divBdr>
                    </w:div>
                    <w:div w:id="1386564942">
                      <w:marLeft w:val="0"/>
                      <w:marRight w:val="0"/>
                      <w:marTop w:val="0"/>
                      <w:marBottom w:val="0"/>
                      <w:divBdr>
                        <w:top w:val="none" w:sz="0" w:space="0" w:color="auto"/>
                        <w:left w:val="none" w:sz="0" w:space="0" w:color="auto"/>
                        <w:bottom w:val="none" w:sz="0" w:space="0" w:color="auto"/>
                        <w:right w:val="none" w:sz="0" w:space="0" w:color="auto"/>
                      </w:divBdr>
                    </w:div>
                    <w:div w:id="1329090101">
                      <w:marLeft w:val="0"/>
                      <w:marRight w:val="0"/>
                      <w:marTop w:val="0"/>
                      <w:marBottom w:val="0"/>
                      <w:divBdr>
                        <w:top w:val="none" w:sz="0" w:space="0" w:color="auto"/>
                        <w:left w:val="none" w:sz="0" w:space="0" w:color="auto"/>
                        <w:bottom w:val="none" w:sz="0" w:space="0" w:color="auto"/>
                        <w:right w:val="none" w:sz="0" w:space="0" w:color="auto"/>
                      </w:divBdr>
                    </w:div>
                  </w:divsChild>
                </w:div>
                <w:div w:id="203637505">
                  <w:marLeft w:val="0"/>
                  <w:marRight w:val="0"/>
                  <w:marTop w:val="0"/>
                  <w:marBottom w:val="0"/>
                  <w:divBdr>
                    <w:top w:val="none" w:sz="0" w:space="0" w:color="auto"/>
                    <w:left w:val="none" w:sz="0" w:space="0" w:color="auto"/>
                    <w:bottom w:val="none" w:sz="0" w:space="0" w:color="auto"/>
                    <w:right w:val="none" w:sz="0" w:space="0" w:color="auto"/>
                  </w:divBdr>
                  <w:divsChild>
                    <w:div w:id="1848787084">
                      <w:marLeft w:val="0"/>
                      <w:marRight w:val="0"/>
                      <w:marTop w:val="0"/>
                      <w:marBottom w:val="0"/>
                      <w:divBdr>
                        <w:top w:val="none" w:sz="0" w:space="0" w:color="auto"/>
                        <w:left w:val="none" w:sz="0" w:space="0" w:color="auto"/>
                        <w:bottom w:val="none" w:sz="0" w:space="0" w:color="auto"/>
                        <w:right w:val="none" w:sz="0" w:space="0" w:color="auto"/>
                      </w:divBdr>
                      <w:divsChild>
                        <w:div w:id="1101029076">
                          <w:marLeft w:val="0"/>
                          <w:marRight w:val="0"/>
                          <w:marTop w:val="0"/>
                          <w:marBottom w:val="0"/>
                          <w:divBdr>
                            <w:top w:val="none" w:sz="0" w:space="0" w:color="auto"/>
                            <w:left w:val="none" w:sz="0" w:space="0" w:color="auto"/>
                            <w:bottom w:val="none" w:sz="0" w:space="0" w:color="auto"/>
                            <w:right w:val="none" w:sz="0" w:space="0" w:color="auto"/>
                          </w:divBdr>
                        </w:div>
                        <w:div w:id="2139948976">
                          <w:marLeft w:val="0"/>
                          <w:marRight w:val="0"/>
                          <w:marTop w:val="0"/>
                          <w:marBottom w:val="0"/>
                          <w:divBdr>
                            <w:top w:val="none" w:sz="0" w:space="0" w:color="auto"/>
                            <w:left w:val="none" w:sz="0" w:space="0" w:color="auto"/>
                            <w:bottom w:val="none" w:sz="0" w:space="0" w:color="auto"/>
                            <w:right w:val="none" w:sz="0" w:space="0" w:color="auto"/>
                          </w:divBdr>
                        </w:div>
                      </w:divsChild>
                    </w:div>
                    <w:div w:id="469054226">
                      <w:marLeft w:val="0"/>
                      <w:marRight w:val="0"/>
                      <w:marTop w:val="0"/>
                      <w:marBottom w:val="0"/>
                      <w:divBdr>
                        <w:top w:val="none" w:sz="0" w:space="0" w:color="auto"/>
                        <w:left w:val="none" w:sz="0" w:space="0" w:color="auto"/>
                        <w:bottom w:val="none" w:sz="0" w:space="0" w:color="auto"/>
                        <w:right w:val="none" w:sz="0" w:space="0" w:color="auto"/>
                      </w:divBdr>
                      <w:divsChild>
                        <w:div w:id="1235898674">
                          <w:marLeft w:val="0"/>
                          <w:marRight w:val="0"/>
                          <w:marTop w:val="0"/>
                          <w:marBottom w:val="0"/>
                          <w:divBdr>
                            <w:top w:val="none" w:sz="0" w:space="0" w:color="auto"/>
                            <w:left w:val="none" w:sz="0" w:space="0" w:color="auto"/>
                            <w:bottom w:val="none" w:sz="0" w:space="0" w:color="auto"/>
                            <w:right w:val="none" w:sz="0" w:space="0" w:color="auto"/>
                          </w:divBdr>
                        </w:div>
                        <w:div w:id="179122083">
                          <w:marLeft w:val="0"/>
                          <w:marRight w:val="0"/>
                          <w:marTop w:val="0"/>
                          <w:marBottom w:val="0"/>
                          <w:divBdr>
                            <w:top w:val="none" w:sz="0" w:space="0" w:color="auto"/>
                            <w:left w:val="none" w:sz="0" w:space="0" w:color="auto"/>
                            <w:bottom w:val="none" w:sz="0" w:space="0" w:color="auto"/>
                            <w:right w:val="none" w:sz="0" w:space="0" w:color="auto"/>
                          </w:divBdr>
                        </w:div>
                      </w:divsChild>
                    </w:div>
                    <w:div w:id="147207225">
                      <w:marLeft w:val="0"/>
                      <w:marRight w:val="0"/>
                      <w:marTop w:val="0"/>
                      <w:marBottom w:val="0"/>
                      <w:divBdr>
                        <w:top w:val="none" w:sz="0" w:space="0" w:color="auto"/>
                        <w:left w:val="none" w:sz="0" w:space="0" w:color="auto"/>
                        <w:bottom w:val="none" w:sz="0" w:space="0" w:color="auto"/>
                        <w:right w:val="none" w:sz="0" w:space="0" w:color="auto"/>
                      </w:divBdr>
                      <w:divsChild>
                        <w:div w:id="1291203263">
                          <w:marLeft w:val="0"/>
                          <w:marRight w:val="0"/>
                          <w:marTop w:val="0"/>
                          <w:marBottom w:val="0"/>
                          <w:divBdr>
                            <w:top w:val="none" w:sz="0" w:space="0" w:color="auto"/>
                            <w:left w:val="none" w:sz="0" w:space="0" w:color="auto"/>
                            <w:bottom w:val="none" w:sz="0" w:space="0" w:color="auto"/>
                            <w:right w:val="none" w:sz="0" w:space="0" w:color="auto"/>
                          </w:divBdr>
                        </w:div>
                        <w:div w:id="192132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80174">
          <w:marLeft w:val="0"/>
          <w:marRight w:val="0"/>
          <w:marTop w:val="0"/>
          <w:marBottom w:val="0"/>
          <w:divBdr>
            <w:top w:val="none" w:sz="0" w:space="0" w:color="auto"/>
            <w:left w:val="none" w:sz="0" w:space="0" w:color="auto"/>
            <w:bottom w:val="none" w:sz="0" w:space="0" w:color="auto"/>
            <w:right w:val="none" w:sz="0" w:space="0" w:color="auto"/>
          </w:divBdr>
          <w:divsChild>
            <w:div w:id="1320963147">
              <w:marLeft w:val="0"/>
              <w:marRight w:val="0"/>
              <w:marTop w:val="0"/>
              <w:marBottom w:val="0"/>
              <w:divBdr>
                <w:top w:val="none" w:sz="0" w:space="0" w:color="auto"/>
                <w:left w:val="none" w:sz="0" w:space="0" w:color="auto"/>
                <w:bottom w:val="none" w:sz="0" w:space="0" w:color="auto"/>
                <w:right w:val="none" w:sz="0" w:space="0" w:color="auto"/>
              </w:divBdr>
              <w:divsChild>
                <w:div w:id="611939246">
                  <w:marLeft w:val="0"/>
                  <w:marRight w:val="0"/>
                  <w:marTop w:val="0"/>
                  <w:marBottom w:val="180"/>
                  <w:divBdr>
                    <w:top w:val="none" w:sz="0" w:space="0" w:color="auto"/>
                    <w:left w:val="none" w:sz="0" w:space="0" w:color="auto"/>
                    <w:bottom w:val="single" w:sz="12" w:space="5" w:color="E9ECEF"/>
                    <w:right w:val="none" w:sz="0" w:space="0" w:color="auto"/>
                  </w:divBdr>
                </w:div>
                <w:div w:id="1241259000">
                  <w:marLeft w:val="0"/>
                  <w:marRight w:val="0"/>
                  <w:marTop w:val="0"/>
                  <w:marBottom w:val="180"/>
                  <w:divBdr>
                    <w:top w:val="none" w:sz="0" w:space="0" w:color="auto"/>
                    <w:left w:val="none" w:sz="0" w:space="0" w:color="auto"/>
                    <w:bottom w:val="none" w:sz="0" w:space="0" w:color="auto"/>
                    <w:right w:val="none" w:sz="0" w:space="0" w:color="auto"/>
                  </w:divBdr>
                  <w:divsChild>
                    <w:div w:id="85267763">
                      <w:marLeft w:val="0"/>
                      <w:marRight w:val="0"/>
                      <w:marTop w:val="0"/>
                      <w:marBottom w:val="0"/>
                      <w:divBdr>
                        <w:top w:val="none" w:sz="0" w:space="0" w:color="auto"/>
                        <w:left w:val="none" w:sz="0" w:space="0" w:color="auto"/>
                        <w:bottom w:val="none" w:sz="0" w:space="0" w:color="auto"/>
                        <w:right w:val="none" w:sz="0" w:space="0" w:color="auto"/>
                      </w:divBdr>
                    </w:div>
                    <w:div w:id="1249463911">
                      <w:marLeft w:val="0"/>
                      <w:marRight w:val="0"/>
                      <w:marTop w:val="0"/>
                      <w:marBottom w:val="0"/>
                      <w:divBdr>
                        <w:top w:val="none" w:sz="0" w:space="0" w:color="auto"/>
                        <w:left w:val="none" w:sz="0" w:space="0" w:color="auto"/>
                        <w:bottom w:val="none" w:sz="0" w:space="0" w:color="auto"/>
                        <w:right w:val="none" w:sz="0" w:space="0" w:color="auto"/>
                      </w:divBdr>
                    </w:div>
                    <w:div w:id="1787695374">
                      <w:marLeft w:val="0"/>
                      <w:marRight w:val="0"/>
                      <w:marTop w:val="0"/>
                      <w:marBottom w:val="0"/>
                      <w:divBdr>
                        <w:top w:val="none" w:sz="0" w:space="0" w:color="auto"/>
                        <w:left w:val="none" w:sz="0" w:space="0" w:color="auto"/>
                        <w:bottom w:val="none" w:sz="0" w:space="0" w:color="auto"/>
                        <w:right w:val="none" w:sz="0" w:space="0" w:color="auto"/>
                      </w:divBdr>
                    </w:div>
                    <w:div w:id="1127430593">
                      <w:marLeft w:val="0"/>
                      <w:marRight w:val="0"/>
                      <w:marTop w:val="0"/>
                      <w:marBottom w:val="0"/>
                      <w:divBdr>
                        <w:top w:val="none" w:sz="0" w:space="0" w:color="auto"/>
                        <w:left w:val="none" w:sz="0" w:space="0" w:color="auto"/>
                        <w:bottom w:val="none" w:sz="0" w:space="0" w:color="auto"/>
                        <w:right w:val="none" w:sz="0" w:space="0" w:color="auto"/>
                      </w:divBdr>
                    </w:div>
                    <w:div w:id="966473240">
                      <w:marLeft w:val="0"/>
                      <w:marRight w:val="0"/>
                      <w:marTop w:val="0"/>
                      <w:marBottom w:val="0"/>
                      <w:divBdr>
                        <w:top w:val="none" w:sz="0" w:space="0" w:color="auto"/>
                        <w:left w:val="none" w:sz="0" w:space="0" w:color="auto"/>
                        <w:bottom w:val="none" w:sz="0" w:space="0" w:color="auto"/>
                        <w:right w:val="none" w:sz="0" w:space="0" w:color="auto"/>
                      </w:divBdr>
                    </w:div>
                  </w:divsChild>
                </w:div>
                <w:div w:id="434255090">
                  <w:marLeft w:val="0"/>
                  <w:marRight w:val="0"/>
                  <w:marTop w:val="0"/>
                  <w:marBottom w:val="0"/>
                  <w:divBdr>
                    <w:top w:val="none" w:sz="0" w:space="0" w:color="auto"/>
                    <w:left w:val="none" w:sz="0" w:space="0" w:color="auto"/>
                    <w:bottom w:val="none" w:sz="0" w:space="0" w:color="auto"/>
                    <w:right w:val="none" w:sz="0" w:space="0" w:color="auto"/>
                  </w:divBdr>
                  <w:divsChild>
                    <w:div w:id="448672056">
                      <w:marLeft w:val="0"/>
                      <w:marRight w:val="0"/>
                      <w:marTop w:val="0"/>
                      <w:marBottom w:val="0"/>
                      <w:divBdr>
                        <w:top w:val="none" w:sz="0" w:space="0" w:color="auto"/>
                        <w:left w:val="none" w:sz="0" w:space="0" w:color="auto"/>
                        <w:bottom w:val="none" w:sz="0" w:space="0" w:color="auto"/>
                        <w:right w:val="none" w:sz="0" w:space="0" w:color="auto"/>
                      </w:divBdr>
                      <w:divsChild>
                        <w:div w:id="2073770300">
                          <w:marLeft w:val="0"/>
                          <w:marRight w:val="0"/>
                          <w:marTop w:val="0"/>
                          <w:marBottom w:val="0"/>
                          <w:divBdr>
                            <w:top w:val="none" w:sz="0" w:space="0" w:color="auto"/>
                            <w:left w:val="none" w:sz="0" w:space="0" w:color="auto"/>
                            <w:bottom w:val="none" w:sz="0" w:space="0" w:color="auto"/>
                            <w:right w:val="none" w:sz="0" w:space="0" w:color="auto"/>
                          </w:divBdr>
                        </w:div>
                        <w:div w:id="1345664655">
                          <w:marLeft w:val="0"/>
                          <w:marRight w:val="0"/>
                          <w:marTop w:val="0"/>
                          <w:marBottom w:val="0"/>
                          <w:divBdr>
                            <w:top w:val="none" w:sz="0" w:space="0" w:color="auto"/>
                            <w:left w:val="none" w:sz="0" w:space="0" w:color="auto"/>
                            <w:bottom w:val="none" w:sz="0" w:space="0" w:color="auto"/>
                            <w:right w:val="none" w:sz="0" w:space="0" w:color="auto"/>
                          </w:divBdr>
                        </w:div>
                      </w:divsChild>
                    </w:div>
                    <w:div w:id="1292204104">
                      <w:marLeft w:val="0"/>
                      <w:marRight w:val="0"/>
                      <w:marTop w:val="0"/>
                      <w:marBottom w:val="0"/>
                      <w:divBdr>
                        <w:top w:val="none" w:sz="0" w:space="0" w:color="auto"/>
                        <w:left w:val="none" w:sz="0" w:space="0" w:color="auto"/>
                        <w:bottom w:val="none" w:sz="0" w:space="0" w:color="auto"/>
                        <w:right w:val="none" w:sz="0" w:space="0" w:color="auto"/>
                      </w:divBdr>
                      <w:divsChild>
                        <w:div w:id="1503667365">
                          <w:marLeft w:val="0"/>
                          <w:marRight w:val="0"/>
                          <w:marTop w:val="0"/>
                          <w:marBottom w:val="0"/>
                          <w:divBdr>
                            <w:top w:val="none" w:sz="0" w:space="0" w:color="auto"/>
                            <w:left w:val="none" w:sz="0" w:space="0" w:color="auto"/>
                            <w:bottom w:val="none" w:sz="0" w:space="0" w:color="auto"/>
                            <w:right w:val="none" w:sz="0" w:space="0" w:color="auto"/>
                          </w:divBdr>
                        </w:div>
                        <w:div w:id="1945573249">
                          <w:marLeft w:val="0"/>
                          <w:marRight w:val="0"/>
                          <w:marTop w:val="0"/>
                          <w:marBottom w:val="0"/>
                          <w:divBdr>
                            <w:top w:val="none" w:sz="0" w:space="0" w:color="auto"/>
                            <w:left w:val="none" w:sz="0" w:space="0" w:color="auto"/>
                            <w:bottom w:val="none" w:sz="0" w:space="0" w:color="auto"/>
                            <w:right w:val="none" w:sz="0" w:space="0" w:color="auto"/>
                          </w:divBdr>
                        </w:div>
                      </w:divsChild>
                    </w:div>
                    <w:div w:id="1144465030">
                      <w:marLeft w:val="0"/>
                      <w:marRight w:val="0"/>
                      <w:marTop w:val="0"/>
                      <w:marBottom w:val="0"/>
                      <w:divBdr>
                        <w:top w:val="none" w:sz="0" w:space="0" w:color="auto"/>
                        <w:left w:val="none" w:sz="0" w:space="0" w:color="auto"/>
                        <w:bottom w:val="none" w:sz="0" w:space="0" w:color="auto"/>
                        <w:right w:val="none" w:sz="0" w:space="0" w:color="auto"/>
                      </w:divBdr>
                      <w:divsChild>
                        <w:div w:id="58096857">
                          <w:marLeft w:val="0"/>
                          <w:marRight w:val="0"/>
                          <w:marTop w:val="0"/>
                          <w:marBottom w:val="0"/>
                          <w:divBdr>
                            <w:top w:val="none" w:sz="0" w:space="0" w:color="auto"/>
                            <w:left w:val="none" w:sz="0" w:space="0" w:color="auto"/>
                            <w:bottom w:val="none" w:sz="0" w:space="0" w:color="auto"/>
                            <w:right w:val="none" w:sz="0" w:space="0" w:color="auto"/>
                          </w:divBdr>
                        </w:div>
                        <w:div w:id="921569753">
                          <w:marLeft w:val="0"/>
                          <w:marRight w:val="0"/>
                          <w:marTop w:val="0"/>
                          <w:marBottom w:val="0"/>
                          <w:divBdr>
                            <w:top w:val="none" w:sz="0" w:space="0" w:color="auto"/>
                            <w:left w:val="none" w:sz="0" w:space="0" w:color="auto"/>
                            <w:bottom w:val="none" w:sz="0" w:space="0" w:color="auto"/>
                            <w:right w:val="none" w:sz="0" w:space="0" w:color="auto"/>
                          </w:divBdr>
                        </w:div>
                      </w:divsChild>
                    </w:div>
                    <w:div w:id="173767169">
                      <w:marLeft w:val="0"/>
                      <w:marRight w:val="0"/>
                      <w:marTop w:val="0"/>
                      <w:marBottom w:val="0"/>
                      <w:divBdr>
                        <w:top w:val="none" w:sz="0" w:space="0" w:color="auto"/>
                        <w:left w:val="none" w:sz="0" w:space="0" w:color="auto"/>
                        <w:bottom w:val="none" w:sz="0" w:space="0" w:color="auto"/>
                        <w:right w:val="none" w:sz="0" w:space="0" w:color="auto"/>
                      </w:divBdr>
                      <w:divsChild>
                        <w:div w:id="19673376">
                          <w:marLeft w:val="0"/>
                          <w:marRight w:val="0"/>
                          <w:marTop w:val="0"/>
                          <w:marBottom w:val="0"/>
                          <w:divBdr>
                            <w:top w:val="none" w:sz="0" w:space="0" w:color="auto"/>
                            <w:left w:val="none" w:sz="0" w:space="0" w:color="auto"/>
                            <w:bottom w:val="none" w:sz="0" w:space="0" w:color="auto"/>
                            <w:right w:val="none" w:sz="0" w:space="0" w:color="auto"/>
                          </w:divBdr>
                        </w:div>
                        <w:div w:id="47907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738569">
          <w:marLeft w:val="0"/>
          <w:marRight w:val="0"/>
          <w:marTop w:val="0"/>
          <w:marBottom w:val="0"/>
          <w:divBdr>
            <w:top w:val="none" w:sz="0" w:space="0" w:color="auto"/>
            <w:left w:val="none" w:sz="0" w:space="0" w:color="auto"/>
            <w:bottom w:val="none" w:sz="0" w:space="0" w:color="auto"/>
            <w:right w:val="none" w:sz="0" w:space="0" w:color="auto"/>
          </w:divBdr>
          <w:divsChild>
            <w:div w:id="1495799186">
              <w:marLeft w:val="0"/>
              <w:marRight w:val="0"/>
              <w:marTop w:val="0"/>
              <w:marBottom w:val="0"/>
              <w:divBdr>
                <w:top w:val="none" w:sz="0" w:space="0" w:color="auto"/>
                <w:left w:val="none" w:sz="0" w:space="0" w:color="auto"/>
                <w:bottom w:val="none" w:sz="0" w:space="0" w:color="auto"/>
                <w:right w:val="none" w:sz="0" w:space="0" w:color="auto"/>
              </w:divBdr>
              <w:divsChild>
                <w:div w:id="331228167">
                  <w:marLeft w:val="0"/>
                  <w:marRight w:val="0"/>
                  <w:marTop w:val="0"/>
                  <w:marBottom w:val="180"/>
                  <w:divBdr>
                    <w:top w:val="none" w:sz="0" w:space="0" w:color="auto"/>
                    <w:left w:val="none" w:sz="0" w:space="0" w:color="auto"/>
                    <w:bottom w:val="single" w:sz="12" w:space="5" w:color="E9ECEF"/>
                    <w:right w:val="none" w:sz="0" w:space="0" w:color="auto"/>
                  </w:divBdr>
                </w:div>
                <w:div w:id="1754819305">
                  <w:marLeft w:val="0"/>
                  <w:marRight w:val="0"/>
                  <w:marTop w:val="0"/>
                  <w:marBottom w:val="180"/>
                  <w:divBdr>
                    <w:top w:val="none" w:sz="0" w:space="0" w:color="auto"/>
                    <w:left w:val="none" w:sz="0" w:space="0" w:color="auto"/>
                    <w:bottom w:val="none" w:sz="0" w:space="0" w:color="auto"/>
                    <w:right w:val="none" w:sz="0" w:space="0" w:color="auto"/>
                  </w:divBdr>
                  <w:divsChild>
                    <w:div w:id="798689206">
                      <w:marLeft w:val="0"/>
                      <w:marRight w:val="0"/>
                      <w:marTop w:val="0"/>
                      <w:marBottom w:val="0"/>
                      <w:divBdr>
                        <w:top w:val="none" w:sz="0" w:space="0" w:color="auto"/>
                        <w:left w:val="none" w:sz="0" w:space="0" w:color="auto"/>
                        <w:bottom w:val="none" w:sz="0" w:space="0" w:color="auto"/>
                        <w:right w:val="none" w:sz="0" w:space="0" w:color="auto"/>
                      </w:divBdr>
                    </w:div>
                  </w:divsChild>
                </w:div>
                <w:div w:id="785075291">
                  <w:marLeft w:val="0"/>
                  <w:marRight w:val="0"/>
                  <w:marTop w:val="0"/>
                  <w:marBottom w:val="0"/>
                  <w:divBdr>
                    <w:top w:val="none" w:sz="0" w:space="0" w:color="auto"/>
                    <w:left w:val="none" w:sz="0" w:space="0" w:color="auto"/>
                    <w:bottom w:val="none" w:sz="0" w:space="0" w:color="auto"/>
                    <w:right w:val="none" w:sz="0" w:space="0" w:color="auto"/>
                  </w:divBdr>
                  <w:divsChild>
                    <w:div w:id="932513223">
                      <w:marLeft w:val="0"/>
                      <w:marRight w:val="0"/>
                      <w:marTop w:val="0"/>
                      <w:marBottom w:val="0"/>
                      <w:divBdr>
                        <w:top w:val="none" w:sz="0" w:space="0" w:color="auto"/>
                        <w:left w:val="none" w:sz="0" w:space="0" w:color="auto"/>
                        <w:bottom w:val="none" w:sz="0" w:space="0" w:color="auto"/>
                        <w:right w:val="none" w:sz="0" w:space="0" w:color="auto"/>
                      </w:divBdr>
                      <w:divsChild>
                        <w:div w:id="364214045">
                          <w:marLeft w:val="0"/>
                          <w:marRight w:val="0"/>
                          <w:marTop w:val="0"/>
                          <w:marBottom w:val="0"/>
                          <w:divBdr>
                            <w:top w:val="none" w:sz="0" w:space="0" w:color="auto"/>
                            <w:left w:val="none" w:sz="0" w:space="0" w:color="auto"/>
                            <w:bottom w:val="none" w:sz="0" w:space="0" w:color="auto"/>
                            <w:right w:val="none" w:sz="0" w:space="0" w:color="auto"/>
                          </w:divBdr>
                        </w:div>
                        <w:div w:id="101622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44886">
          <w:marLeft w:val="0"/>
          <w:marRight w:val="0"/>
          <w:marTop w:val="0"/>
          <w:marBottom w:val="0"/>
          <w:divBdr>
            <w:top w:val="none" w:sz="0" w:space="0" w:color="auto"/>
            <w:left w:val="none" w:sz="0" w:space="0" w:color="auto"/>
            <w:bottom w:val="none" w:sz="0" w:space="0" w:color="auto"/>
            <w:right w:val="none" w:sz="0" w:space="0" w:color="auto"/>
          </w:divBdr>
          <w:divsChild>
            <w:div w:id="1880505507">
              <w:marLeft w:val="0"/>
              <w:marRight w:val="0"/>
              <w:marTop w:val="0"/>
              <w:marBottom w:val="0"/>
              <w:divBdr>
                <w:top w:val="none" w:sz="0" w:space="0" w:color="auto"/>
                <w:left w:val="none" w:sz="0" w:space="0" w:color="auto"/>
                <w:bottom w:val="none" w:sz="0" w:space="0" w:color="auto"/>
                <w:right w:val="none" w:sz="0" w:space="0" w:color="auto"/>
              </w:divBdr>
              <w:divsChild>
                <w:div w:id="544367102">
                  <w:marLeft w:val="0"/>
                  <w:marRight w:val="0"/>
                  <w:marTop w:val="0"/>
                  <w:marBottom w:val="180"/>
                  <w:divBdr>
                    <w:top w:val="none" w:sz="0" w:space="0" w:color="auto"/>
                    <w:left w:val="none" w:sz="0" w:space="0" w:color="auto"/>
                    <w:bottom w:val="single" w:sz="12" w:space="5" w:color="E9ECEF"/>
                    <w:right w:val="none" w:sz="0" w:space="0" w:color="auto"/>
                  </w:divBdr>
                </w:div>
                <w:div w:id="1216621717">
                  <w:marLeft w:val="0"/>
                  <w:marRight w:val="0"/>
                  <w:marTop w:val="0"/>
                  <w:marBottom w:val="180"/>
                  <w:divBdr>
                    <w:top w:val="none" w:sz="0" w:space="0" w:color="auto"/>
                    <w:left w:val="none" w:sz="0" w:space="0" w:color="auto"/>
                    <w:bottom w:val="none" w:sz="0" w:space="0" w:color="auto"/>
                    <w:right w:val="none" w:sz="0" w:space="0" w:color="auto"/>
                  </w:divBdr>
                  <w:divsChild>
                    <w:div w:id="1622615902">
                      <w:marLeft w:val="0"/>
                      <w:marRight w:val="0"/>
                      <w:marTop w:val="0"/>
                      <w:marBottom w:val="0"/>
                      <w:divBdr>
                        <w:top w:val="none" w:sz="0" w:space="0" w:color="auto"/>
                        <w:left w:val="none" w:sz="0" w:space="0" w:color="auto"/>
                        <w:bottom w:val="none" w:sz="0" w:space="0" w:color="auto"/>
                        <w:right w:val="none" w:sz="0" w:space="0" w:color="auto"/>
                      </w:divBdr>
                    </w:div>
                    <w:div w:id="1453288458">
                      <w:marLeft w:val="0"/>
                      <w:marRight w:val="0"/>
                      <w:marTop w:val="0"/>
                      <w:marBottom w:val="0"/>
                      <w:divBdr>
                        <w:top w:val="none" w:sz="0" w:space="0" w:color="auto"/>
                        <w:left w:val="none" w:sz="0" w:space="0" w:color="auto"/>
                        <w:bottom w:val="none" w:sz="0" w:space="0" w:color="auto"/>
                        <w:right w:val="none" w:sz="0" w:space="0" w:color="auto"/>
                      </w:divBdr>
                    </w:div>
                    <w:div w:id="1527984430">
                      <w:marLeft w:val="0"/>
                      <w:marRight w:val="0"/>
                      <w:marTop w:val="0"/>
                      <w:marBottom w:val="0"/>
                      <w:divBdr>
                        <w:top w:val="none" w:sz="0" w:space="0" w:color="auto"/>
                        <w:left w:val="none" w:sz="0" w:space="0" w:color="auto"/>
                        <w:bottom w:val="none" w:sz="0" w:space="0" w:color="auto"/>
                        <w:right w:val="none" w:sz="0" w:space="0" w:color="auto"/>
                      </w:divBdr>
                    </w:div>
                  </w:divsChild>
                </w:div>
                <w:div w:id="2108849197">
                  <w:marLeft w:val="0"/>
                  <w:marRight w:val="0"/>
                  <w:marTop w:val="0"/>
                  <w:marBottom w:val="0"/>
                  <w:divBdr>
                    <w:top w:val="none" w:sz="0" w:space="0" w:color="auto"/>
                    <w:left w:val="none" w:sz="0" w:space="0" w:color="auto"/>
                    <w:bottom w:val="none" w:sz="0" w:space="0" w:color="auto"/>
                    <w:right w:val="none" w:sz="0" w:space="0" w:color="auto"/>
                  </w:divBdr>
                  <w:divsChild>
                    <w:div w:id="1542522244">
                      <w:marLeft w:val="0"/>
                      <w:marRight w:val="0"/>
                      <w:marTop w:val="0"/>
                      <w:marBottom w:val="0"/>
                      <w:divBdr>
                        <w:top w:val="none" w:sz="0" w:space="0" w:color="auto"/>
                        <w:left w:val="none" w:sz="0" w:space="0" w:color="auto"/>
                        <w:bottom w:val="none" w:sz="0" w:space="0" w:color="auto"/>
                        <w:right w:val="none" w:sz="0" w:space="0" w:color="auto"/>
                      </w:divBdr>
                      <w:divsChild>
                        <w:div w:id="1401754623">
                          <w:marLeft w:val="0"/>
                          <w:marRight w:val="0"/>
                          <w:marTop w:val="0"/>
                          <w:marBottom w:val="0"/>
                          <w:divBdr>
                            <w:top w:val="none" w:sz="0" w:space="0" w:color="auto"/>
                            <w:left w:val="none" w:sz="0" w:space="0" w:color="auto"/>
                            <w:bottom w:val="none" w:sz="0" w:space="0" w:color="auto"/>
                            <w:right w:val="none" w:sz="0" w:space="0" w:color="auto"/>
                          </w:divBdr>
                        </w:div>
                        <w:div w:id="849024087">
                          <w:marLeft w:val="0"/>
                          <w:marRight w:val="0"/>
                          <w:marTop w:val="0"/>
                          <w:marBottom w:val="0"/>
                          <w:divBdr>
                            <w:top w:val="none" w:sz="0" w:space="0" w:color="auto"/>
                            <w:left w:val="none" w:sz="0" w:space="0" w:color="auto"/>
                            <w:bottom w:val="none" w:sz="0" w:space="0" w:color="auto"/>
                            <w:right w:val="none" w:sz="0" w:space="0" w:color="auto"/>
                          </w:divBdr>
                        </w:div>
                      </w:divsChild>
                    </w:div>
                    <w:div w:id="2130124600">
                      <w:marLeft w:val="0"/>
                      <w:marRight w:val="0"/>
                      <w:marTop w:val="0"/>
                      <w:marBottom w:val="0"/>
                      <w:divBdr>
                        <w:top w:val="none" w:sz="0" w:space="0" w:color="auto"/>
                        <w:left w:val="none" w:sz="0" w:space="0" w:color="auto"/>
                        <w:bottom w:val="none" w:sz="0" w:space="0" w:color="auto"/>
                        <w:right w:val="none" w:sz="0" w:space="0" w:color="auto"/>
                      </w:divBdr>
                      <w:divsChild>
                        <w:div w:id="433012593">
                          <w:marLeft w:val="0"/>
                          <w:marRight w:val="0"/>
                          <w:marTop w:val="0"/>
                          <w:marBottom w:val="0"/>
                          <w:divBdr>
                            <w:top w:val="none" w:sz="0" w:space="0" w:color="auto"/>
                            <w:left w:val="none" w:sz="0" w:space="0" w:color="auto"/>
                            <w:bottom w:val="none" w:sz="0" w:space="0" w:color="auto"/>
                            <w:right w:val="none" w:sz="0" w:space="0" w:color="auto"/>
                          </w:divBdr>
                        </w:div>
                        <w:div w:id="1704207162">
                          <w:marLeft w:val="0"/>
                          <w:marRight w:val="0"/>
                          <w:marTop w:val="0"/>
                          <w:marBottom w:val="0"/>
                          <w:divBdr>
                            <w:top w:val="none" w:sz="0" w:space="0" w:color="auto"/>
                            <w:left w:val="none" w:sz="0" w:space="0" w:color="auto"/>
                            <w:bottom w:val="none" w:sz="0" w:space="0" w:color="auto"/>
                            <w:right w:val="none" w:sz="0" w:space="0" w:color="auto"/>
                          </w:divBdr>
                        </w:div>
                      </w:divsChild>
                    </w:div>
                    <w:div w:id="2057772307">
                      <w:marLeft w:val="0"/>
                      <w:marRight w:val="0"/>
                      <w:marTop w:val="0"/>
                      <w:marBottom w:val="0"/>
                      <w:divBdr>
                        <w:top w:val="none" w:sz="0" w:space="0" w:color="auto"/>
                        <w:left w:val="none" w:sz="0" w:space="0" w:color="auto"/>
                        <w:bottom w:val="none" w:sz="0" w:space="0" w:color="auto"/>
                        <w:right w:val="none" w:sz="0" w:space="0" w:color="auto"/>
                      </w:divBdr>
                      <w:divsChild>
                        <w:div w:id="1157459198">
                          <w:marLeft w:val="0"/>
                          <w:marRight w:val="0"/>
                          <w:marTop w:val="0"/>
                          <w:marBottom w:val="0"/>
                          <w:divBdr>
                            <w:top w:val="none" w:sz="0" w:space="0" w:color="auto"/>
                            <w:left w:val="none" w:sz="0" w:space="0" w:color="auto"/>
                            <w:bottom w:val="none" w:sz="0" w:space="0" w:color="auto"/>
                            <w:right w:val="none" w:sz="0" w:space="0" w:color="auto"/>
                          </w:divBdr>
                        </w:div>
                        <w:div w:id="203013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761735">
          <w:marLeft w:val="0"/>
          <w:marRight w:val="0"/>
          <w:marTop w:val="0"/>
          <w:marBottom w:val="0"/>
          <w:divBdr>
            <w:top w:val="none" w:sz="0" w:space="0" w:color="auto"/>
            <w:left w:val="none" w:sz="0" w:space="0" w:color="auto"/>
            <w:bottom w:val="none" w:sz="0" w:space="0" w:color="auto"/>
            <w:right w:val="none" w:sz="0" w:space="0" w:color="auto"/>
          </w:divBdr>
          <w:divsChild>
            <w:div w:id="147478036">
              <w:marLeft w:val="0"/>
              <w:marRight w:val="0"/>
              <w:marTop w:val="0"/>
              <w:marBottom w:val="0"/>
              <w:divBdr>
                <w:top w:val="none" w:sz="0" w:space="0" w:color="auto"/>
                <w:left w:val="none" w:sz="0" w:space="0" w:color="auto"/>
                <w:bottom w:val="none" w:sz="0" w:space="0" w:color="auto"/>
                <w:right w:val="none" w:sz="0" w:space="0" w:color="auto"/>
              </w:divBdr>
              <w:divsChild>
                <w:div w:id="1421102931">
                  <w:marLeft w:val="0"/>
                  <w:marRight w:val="0"/>
                  <w:marTop w:val="0"/>
                  <w:marBottom w:val="180"/>
                  <w:divBdr>
                    <w:top w:val="none" w:sz="0" w:space="0" w:color="auto"/>
                    <w:left w:val="none" w:sz="0" w:space="0" w:color="auto"/>
                    <w:bottom w:val="single" w:sz="12" w:space="5" w:color="E9ECEF"/>
                    <w:right w:val="none" w:sz="0" w:space="0" w:color="auto"/>
                  </w:divBdr>
                </w:div>
                <w:div w:id="1588879611">
                  <w:marLeft w:val="0"/>
                  <w:marRight w:val="0"/>
                  <w:marTop w:val="0"/>
                  <w:marBottom w:val="180"/>
                  <w:divBdr>
                    <w:top w:val="none" w:sz="0" w:space="0" w:color="auto"/>
                    <w:left w:val="none" w:sz="0" w:space="0" w:color="auto"/>
                    <w:bottom w:val="none" w:sz="0" w:space="0" w:color="auto"/>
                    <w:right w:val="none" w:sz="0" w:space="0" w:color="auto"/>
                  </w:divBdr>
                  <w:divsChild>
                    <w:div w:id="985090776">
                      <w:marLeft w:val="0"/>
                      <w:marRight w:val="0"/>
                      <w:marTop w:val="0"/>
                      <w:marBottom w:val="0"/>
                      <w:divBdr>
                        <w:top w:val="none" w:sz="0" w:space="0" w:color="auto"/>
                        <w:left w:val="none" w:sz="0" w:space="0" w:color="auto"/>
                        <w:bottom w:val="none" w:sz="0" w:space="0" w:color="auto"/>
                        <w:right w:val="none" w:sz="0" w:space="0" w:color="auto"/>
                      </w:divBdr>
                    </w:div>
                  </w:divsChild>
                </w:div>
                <w:div w:id="576673621">
                  <w:marLeft w:val="0"/>
                  <w:marRight w:val="0"/>
                  <w:marTop w:val="0"/>
                  <w:marBottom w:val="0"/>
                  <w:divBdr>
                    <w:top w:val="none" w:sz="0" w:space="0" w:color="auto"/>
                    <w:left w:val="none" w:sz="0" w:space="0" w:color="auto"/>
                    <w:bottom w:val="none" w:sz="0" w:space="0" w:color="auto"/>
                    <w:right w:val="none" w:sz="0" w:space="0" w:color="auto"/>
                  </w:divBdr>
                  <w:divsChild>
                    <w:div w:id="599484351">
                      <w:marLeft w:val="0"/>
                      <w:marRight w:val="0"/>
                      <w:marTop w:val="0"/>
                      <w:marBottom w:val="0"/>
                      <w:divBdr>
                        <w:top w:val="none" w:sz="0" w:space="0" w:color="auto"/>
                        <w:left w:val="none" w:sz="0" w:space="0" w:color="auto"/>
                        <w:bottom w:val="none" w:sz="0" w:space="0" w:color="auto"/>
                        <w:right w:val="none" w:sz="0" w:space="0" w:color="auto"/>
                      </w:divBdr>
                      <w:divsChild>
                        <w:div w:id="611088132">
                          <w:marLeft w:val="0"/>
                          <w:marRight w:val="0"/>
                          <w:marTop w:val="0"/>
                          <w:marBottom w:val="0"/>
                          <w:divBdr>
                            <w:top w:val="none" w:sz="0" w:space="0" w:color="auto"/>
                            <w:left w:val="none" w:sz="0" w:space="0" w:color="auto"/>
                            <w:bottom w:val="none" w:sz="0" w:space="0" w:color="auto"/>
                            <w:right w:val="none" w:sz="0" w:space="0" w:color="auto"/>
                          </w:divBdr>
                        </w:div>
                        <w:div w:id="204428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033164">
          <w:marLeft w:val="0"/>
          <w:marRight w:val="0"/>
          <w:marTop w:val="0"/>
          <w:marBottom w:val="0"/>
          <w:divBdr>
            <w:top w:val="none" w:sz="0" w:space="0" w:color="auto"/>
            <w:left w:val="none" w:sz="0" w:space="0" w:color="auto"/>
            <w:bottom w:val="none" w:sz="0" w:space="0" w:color="auto"/>
            <w:right w:val="none" w:sz="0" w:space="0" w:color="auto"/>
          </w:divBdr>
          <w:divsChild>
            <w:div w:id="1889417032">
              <w:marLeft w:val="0"/>
              <w:marRight w:val="0"/>
              <w:marTop w:val="0"/>
              <w:marBottom w:val="0"/>
              <w:divBdr>
                <w:top w:val="none" w:sz="0" w:space="0" w:color="auto"/>
                <w:left w:val="none" w:sz="0" w:space="0" w:color="auto"/>
                <w:bottom w:val="none" w:sz="0" w:space="0" w:color="auto"/>
                <w:right w:val="none" w:sz="0" w:space="0" w:color="auto"/>
              </w:divBdr>
              <w:divsChild>
                <w:div w:id="2145196784">
                  <w:marLeft w:val="0"/>
                  <w:marRight w:val="0"/>
                  <w:marTop w:val="0"/>
                  <w:marBottom w:val="180"/>
                  <w:divBdr>
                    <w:top w:val="none" w:sz="0" w:space="0" w:color="auto"/>
                    <w:left w:val="none" w:sz="0" w:space="0" w:color="auto"/>
                    <w:bottom w:val="single" w:sz="12" w:space="5" w:color="E9ECEF"/>
                    <w:right w:val="none" w:sz="0" w:space="0" w:color="auto"/>
                  </w:divBdr>
                </w:div>
                <w:div w:id="1660183955">
                  <w:marLeft w:val="0"/>
                  <w:marRight w:val="0"/>
                  <w:marTop w:val="0"/>
                  <w:marBottom w:val="180"/>
                  <w:divBdr>
                    <w:top w:val="none" w:sz="0" w:space="0" w:color="auto"/>
                    <w:left w:val="none" w:sz="0" w:space="0" w:color="auto"/>
                    <w:bottom w:val="none" w:sz="0" w:space="0" w:color="auto"/>
                    <w:right w:val="none" w:sz="0" w:space="0" w:color="auto"/>
                  </w:divBdr>
                  <w:divsChild>
                    <w:div w:id="2052965">
                      <w:marLeft w:val="0"/>
                      <w:marRight w:val="0"/>
                      <w:marTop w:val="0"/>
                      <w:marBottom w:val="0"/>
                      <w:divBdr>
                        <w:top w:val="none" w:sz="0" w:space="0" w:color="auto"/>
                        <w:left w:val="none" w:sz="0" w:space="0" w:color="auto"/>
                        <w:bottom w:val="none" w:sz="0" w:space="0" w:color="auto"/>
                        <w:right w:val="none" w:sz="0" w:space="0" w:color="auto"/>
                      </w:divBdr>
                    </w:div>
                  </w:divsChild>
                </w:div>
                <w:div w:id="1583222795">
                  <w:marLeft w:val="0"/>
                  <w:marRight w:val="0"/>
                  <w:marTop w:val="0"/>
                  <w:marBottom w:val="0"/>
                  <w:divBdr>
                    <w:top w:val="none" w:sz="0" w:space="0" w:color="auto"/>
                    <w:left w:val="none" w:sz="0" w:space="0" w:color="auto"/>
                    <w:bottom w:val="none" w:sz="0" w:space="0" w:color="auto"/>
                    <w:right w:val="none" w:sz="0" w:space="0" w:color="auto"/>
                  </w:divBdr>
                  <w:divsChild>
                    <w:div w:id="1340741269">
                      <w:marLeft w:val="0"/>
                      <w:marRight w:val="0"/>
                      <w:marTop w:val="0"/>
                      <w:marBottom w:val="0"/>
                      <w:divBdr>
                        <w:top w:val="none" w:sz="0" w:space="0" w:color="auto"/>
                        <w:left w:val="none" w:sz="0" w:space="0" w:color="auto"/>
                        <w:bottom w:val="none" w:sz="0" w:space="0" w:color="auto"/>
                        <w:right w:val="none" w:sz="0" w:space="0" w:color="auto"/>
                      </w:divBdr>
                      <w:divsChild>
                        <w:div w:id="1715695495">
                          <w:marLeft w:val="0"/>
                          <w:marRight w:val="0"/>
                          <w:marTop w:val="0"/>
                          <w:marBottom w:val="0"/>
                          <w:divBdr>
                            <w:top w:val="none" w:sz="0" w:space="0" w:color="auto"/>
                            <w:left w:val="none" w:sz="0" w:space="0" w:color="auto"/>
                            <w:bottom w:val="none" w:sz="0" w:space="0" w:color="auto"/>
                            <w:right w:val="none" w:sz="0" w:space="0" w:color="auto"/>
                          </w:divBdr>
                        </w:div>
                        <w:div w:id="116550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419722">
      <w:bodyDiv w:val="1"/>
      <w:marLeft w:val="0"/>
      <w:marRight w:val="0"/>
      <w:marTop w:val="0"/>
      <w:marBottom w:val="0"/>
      <w:divBdr>
        <w:top w:val="none" w:sz="0" w:space="0" w:color="auto"/>
        <w:left w:val="none" w:sz="0" w:space="0" w:color="auto"/>
        <w:bottom w:val="none" w:sz="0" w:space="0" w:color="auto"/>
        <w:right w:val="none" w:sz="0" w:space="0" w:color="auto"/>
      </w:divBdr>
    </w:div>
    <w:div w:id="1675765382">
      <w:bodyDiv w:val="1"/>
      <w:marLeft w:val="0"/>
      <w:marRight w:val="0"/>
      <w:marTop w:val="0"/>
      <w:marBottom w:val="0"/>
      <w:divBdr>
        <w:top w:val="none" w:sz="0" w:space="0" w:color="auto"/>
        <w:left w:val="none" w:sz="0" w:space="0" w:color="auto"/>
        <w:bottom w:val="none" w:sz="0" w:space="0" w:color="auto"/>
        <w:right w:val="none" w:sz="0" w:space="0" w:color="auto"/>
      </w:divBdr>
      <w:divsChild>
        <w:div w:id="944652295">
          <w:marLeft w:val="0"/>
          <w:marRight w:val="0"/>
          <w:marTop w:val="0"/>
          <w:marBottom w:val="0"/>
          <w:divBdr>
            <w:top w:val="single" w:sz="2" w:space="0" w:color="D4D9E0"/>
            <w:left w:val="single" w:sz="2" w:space="0" w:color="D4D9E0"/>
            <w:bottom w:val="single" w:sz="2" w:space="0" w:color="D4D9E0"/>
            <w:right w:val="single" w:sz="2" w:space="0" w:color="D4D9E0"/>
          </w:divBdr>
          <w:divsChild>
            <w:div w:id="1323003580">
              <w:marLeft w:val="0"/>
              <w:marRight w:val="0"/>
              <w:marTop w:val="0"/>
              <w:marBottom w:val="0"/>
              <w:divBdr>
                <w:top w:val="single" w:sz="2" w:space="0" w:color="D4D9E0"/>
                <w:left w:val="single" w:sz="2" w:space="0" w:color="D4D9E0"/>
                <w:bottom w:val="single" w:sz="2" w:space="0" w:color="D4D9E0"/>
                <w:right w:val="single" w:sz="2" w:space="0" w:color="D4D9E0"/>
              </w:divBdr>
            </w:div>
          </w:divsChild>
        </w:div>
        <w:div w:id="1711760147">
          <w:marLeft w:val="0"/>
          <w:marRight w:val="0"/>
          <w:marTop w:val="0"/>
          <w:marBottom w:val="0"/>
          <w:divBdr>
            <w:top w:val="single" w:sz="2" w:space="0" w:color="D4D9E0"/>
            <w:left w:val="single" w:sz="2" w:space="0" w:color="D4D9E0"/>
            <w:bottom w:val="single" w:sz="2" w:space="0" w:color="D4D9E0"/>
            <w:right w:val="single" w:sz="2" w:space="0" w:color="D4D9E0"/>
          </w:divBdr>
        </w:div>
      </w:divsChild>
    </w:div>
    <w:div w:id="1751657222">
      <w:bodyDiv w:val="1"/>
      <w:marLeft w:val="0"/>
      <w:marRight w:val="0"/>
      <w:marTop w:val="0"/>
      <w:marBottom w:val="0"/>
      <w:divBdr>
        <w:top w:val="none" w:sz="0" w:space="0" w:color="auto"/>
        <w:left w:val="none" w:sz="0" w:space="0" w:color="auto"/>
        <w:bottom w:val="none" w:sz="0" w:space="0" w:color="auto"/>
        <w:right w:val="none" w:sz="0" w:space="0" w:color="auto"/>
      </w:divBdr>
      <w:divsChild>
        <w:div w:id="523637979">
          <w:marLeft w:val="0"/>
          <w:marRight w:val="0"/>
          <w:marTop w:val="0"/>
          <w:marBottom w:val="0"/>
          <w:divBdr>
            <w:top w:val="none" w:sz="0" w:space="0" w:color="auto"/>
            <w:left w:val="none" w:sz="0" w:space="0" w:color="auto"/>
            <w:bottom w:val="none" w:sz="0" w:space="0" w:color="auto"/>
            <w:right w:val="none" w:sz="0" w:space="0" w:color="auto"/>
          </w:divBdr>
          <w:divsChild>
            <w:div w:id="528642437">
              <w:marLeft w:val="0"/>
              <w:marRight w:val="0"/>
              <w:marTop w:val="0"/>
              <w:marBottom w:val="0"/>
              <w:divBdr>
                <w:top w:val="none" w:sz="0" w:space="0" w:color="auto"/>
                <w:left w:val="none" w:sz="0" w:space="0" w:color="auto"/>
                <w:bottom w:val="none" w:sz="0" w:space="0" w:color="auto"/>
                <w:right w:val="none" w:sz="0" w:space="0" w:color="auto"/>
              </w:divBdr>
              <w:divsChild>
                <w:div w:id="2072651349">
                  <w:marLeft w:val="0"/>
                  <w:marRight w:val="0"/>
                  <w:marTop w:val="0"/>
                  <w:marBottom w:val="180"/>
                  <w:divBdr>
                    <w:top w:val="none" w:sz="0" w:space="0" w:color="auto"/>
                    <w:left w:val="none" w:sz="0" w:space="0" w:color="auto"/>
                    <w:bottom w:val="single" w:sz="12" w:space="5" w:color="E9ECEF"/>
                    <w:right w:val="none" w:sz="0" w:space="0" w:color="auto"/>
                  </w:divBdr>
                </w:div>
                <w:div w:id="684861555">
                  <w:marLeft w:val="0"/>
                  <w:marRight w:val="0"/>
                  <w:marTop w:val="0"/>
                  <w:marBottom w:val="180"/>
                  <w:divBdr>
                    <w:top w:val="none" w:sz="0" w:space="0" w:color="auto"/>
                    <w:left w:val="none" w:sz="0" w:space="0" w:color="auto"/>
                    <w:bottom w:val="none" w:sz="0" w:space="0" w:color="auto"/>
                    <w:right w:val="none" w:sz="0" w:space="0" w:color="auto"/>
                  </w:divBdr>
                  <w:divsChild>
                    <w:div w:id="657074740">
                      <w:marLeft w:val="0"/>
                      <w:marRight w:val="0"/>
                      <w:marTop w:val="0"/>
                      <w:marBottom w:val="0"/>
                      <w:divBdr>
                        <w:top w:val="none" w:sz="0" w:space="0" w:color="auto"/>
                        <w:left w:val="none" w:sz="0" w:space="0" w:color="auto"/>
                        <w:bottom w:val="none" w:sz="0" w:space="0" w:color="auto"/>
                        <w:right w:val="none" w:sz="0" w:space="0" w:color="auto"/>
                      </w:divBdr>
                    </w:div>
                    <w:div w:id="398749698">
                      <w:marLeft w:val="0"/>
                      <w:marRight w:val="0"/>
                      <w:marTop w:val="0"/>
                      <w:marBottom w:val="0"/>
                      <w:divBdr>
                        <w:top w:val="none" w:sz="0" w:space="0" w:color="auto"/>
                        <w:left w:val="none" w:sz="0" w:space="0" w:color="auto"/>
                        <w:bottom w:val="none" w:sz="0" w:space="0" w:color="auto"/>
                        <w:right w:val="none" w:sz="0" w:space="0" w:color="auto"/>
                      </w:divBdr>
                    </w:div>
                    <w:div w:id="402610244">
                      <w:marLeft w:val="0"/>
                      <w:marRight w:val="0"/>
                      <w:marTop w:val="0"/>
                      <w:marBottom w:val="0"/>
                      <w:divBdr>
                        <w:top w:val="none" w:sz="0" w:space="0" w:color="auto"/>
                        <w:left w:val="none" w:sz="0" w:space="0" w:color="auto"/>
                        <w:bottom w:val="none" w:sz="0" w:space="0" w:color="auto"/>
                        <w:right w:val="none" w:sz="0" w:space="0" w:color="auto"/>
                      </w:divBdr>
                    </w:div>
                    <w:div w:id="1134638496">
                      <w:marLeft w:val="0"/>
                      <w:marRight w:val="0"/>
                      <w:marTop w:val="0"/>
                      <w:marBottom w:val="0"/>
                      <w:divBdr>
                        <w:top w:val="none" w:sz="0" w:space="0" w:color="auto"/>
                        <w:left w:val="none" w:sz="0" w:space="0" w:color="auto"/>
                        <w:bottom w:val="none" w:sz="0" w:space="0" w:color="auto"/>
                        <w:right w:val="none" w:sz="0" w:space="0" w:color="auto"/>
                      </w:divBdr>
                    </w:div>
                    <w:div w:id="1697463344">
                      <w:marLeft w:val="0"/>
                      <w:marRight w:val="0"/>
                      <w:marTop w:val="0"/>
                      <w:marBottom w:val="0"/>
                      <w:divBdr>
                        <w:top w:val="none" w:sz="0" w:space="0" w:color="auto"/>
                        <w:left w:val="none" w:sz="0" w:space="0" w:color="auto"/>
                        <w:bottom w:val="none" w:sz="0" w:space="0" w:color="auto"/>
                        <w:right w:val="none" w:sz="0" w:space="0" w:color="auto"/>
                      </w:divBdr>
                    </w:div>
                  </w:divsChild>
                </w:div>
                <w:div w:id="138037574">
                  <w:marLeft w:val="0"/>
                  <w:marRight w:val="0"/>
                  <w:marTop w:val="0"/>
                  <w:marBottom w:val="0"/>
                  <w:divBdr>
                    <w:top w:val="none" w:sz="0" w:space="0" w:color="auto"/>
                    <w:left w:val="none" w:sz="0" w:space="0" w:color="auto"/>
                    <w:bottom w:val="none" w:sz="0" w:space="0" w:color="auto"/>
                    <w:right w:val="none" w:sz="0" w:space="0" w:color="auto"/>
                  </w:divBdr>
                  <w:divsChild>
                    <w:div w:id="650869194">
                      <w:marLeft w:val="0"/>
                      <w:marRight w:val="0"/>
                      <w:marTop w:val="0"/>
                      <w:marBottom w:val="0"/>
                      <w:divBdr>
                        <w:top w:val="none" w:sz="0" w:space="0" w:color="auto"/>
                        <w:left w:val="none" w:sz="0" w:space="0" w:color="auto"/>
                        <w:bottom w:val="none" w:sz="0" w:space="0" w:color="auto"/>
                        <w:right w:val="none" w:sz="0" w:space="0" w:color="auto"/>
                      </w:divBdr>
                      <w:divsChild>
                        <w:div w:id="1759253352">
                          <w:marLeft w:val="0"/>
                          <w:marRight w:val="0"/>
                          <w:marTop w:val="0"/>
                          <w:marBottom w:val="0"/>
                          <w:divBdr>
                            <w:top w:val="none" w:sz="0" w:space="0" w:color="auto"/>
                            <w:left w:val="none" w:sz="0" w:space="0" w:color="auto"/>
                            <w:bottom w:val="none" w:sz="0" w:space="0" w:color="auto"/>
                            <w:right w:val="none" w:sz="0" w:space="0" w:color="auto"/>
                          </w:divBdr>
                        </w:div>
                        <w:div w:id="459612123">
                          <w:marLeft w:val="0"/>
                          <w:marRight w:val="0"/>
                          <w:marTop w:val="0"/>
                          <w:marBottom w:val="0"/>
                          <w:divBdr>
                            <w:top w:val="none" w:sz="0" w:space="0" w:color="auto"/>
                            <w:left w:val="none" w:sz="0" w:space="0" w:color="auto"/>
                            <w:bottom w:val="none" w:sz="0" w:space="0" w:color="auto"/>
                            <w:right w:val="none" w:sz="0" w:space="0" w:color="auto"/>
                          </w:divBdr>
                        </w:div>
                      </w:divsChild>
                    </w:div>
                    <w:div w:id="1965648551">
                      <w:marLeft w:val="0"/>
                      <w:marRight w:val="0"/>
                      <w:marTop w:val="0"/>
                      <w:marBottom w:val="0"/>
                      <w:divBdr>
                        <w:top w:val="none" w:sz="0" w:space="0" w:color="auto"/>
                        <w:left w:val="none" w:sz="0" w:space="0" w:color="auto"/>
                        <w:bottom w:val="none" w:sz="0" w:space="0" w:color="auto"/>
                        <w:right w:val="none" w:sz="0" w:space="0" w:color="auto"/>
                      </w:divBdr>
                      <w:divsChild>
                        <w:div w:id="1687445546">
                          <w:marLeft w:val="0"/>
                          <w:marRight w:val="0"/>
                          <w:marTop w:val="0"/>
                          <w:marBottom w:val="0"/>
                          <w:divBdr>
                            <w:top w:val="none" w:sz="0" w:space="0" w:color="auto"/>
                            <w:left w:val="none" w:sz="0" w:space="0" w:color="auto"/>
                            <w:bottom w:val="none" w:sz="0" w:space="0" w:color="auto"/>
                            <w:right w:val="none" w:sz="0" w:space="0" w:color="auto"/>
                          </w:divBdr>
                        </w:div>
                        <w:div w:id="1517114720">
                          <w:marLeft w:val="0"/>
                          <w:marRight w:val="0"/>
                          <w:marTop w:val="0"/>
                          <w:marBottom w:val="0"/>
                          <w:divBdr>
                            <w:top w:val="none" w:sz="0" w:space="0" w:color="auto"/>
                            <w:left w:val="none" w:sz="0" w:space="0" w:color="auto"/>
                            <w:bottom w:val="none" w:sz="0" w:space="0" w:color="auto"/>
                            <w:right w:val="none" w:sz="0" w:space="0" w:color="auto"/>
                          </w:divBdr>
                        </w:div>
                      </w:divsChild>
                    </w:div>
                    <w:div w:id="1986815561">
                      <w:marLeft w:val="0"/>
                      <w:marRight w:val="0"/>
                      <w:marTop w:val="0"/>
                      <w:marBottom w:val="0"/>
                      <w:divBdr>
                        <w:top w:val="none" w:sz="0" w:space="0" w:color="auto"/>
                        <w:left w:val="none" w:sz="0" w:space="0" w:color="auto"/>
                        <w:bottom w:val="none" w:sz="0" w:space="0" w:color="auto"/>
                        <w:right w:val="none" w:sz="0" w:space="0" w:color="auto"/>
                      </w:divBdr>
                      <w:divsChild>
                        <w:div w:id="757599958">
                          <w:marLeft w:val="0"/>
                          <w:marRight w:val="0"/>
                          <w:marTop w:val="0"/>
                          <w:marBottom w:val="0"/>
                          <w:divBdr>
                            <w:top w:val="none" w:sz="0" w:space="0" w:color="auto"/>
                            <w:left w:val="none" w:sz="0" w:space="0" w:color="auto"/>
                            <w:bottom w:val="none" w:sz="0" w:space="0" w:color="auto"/>
                            <w:right w:val="none" w:sz="0" w:space="0" w:color="auto"/>
                          </w:divBdr>
                        </w:div>
                        <w:div w:id="1015691141">
                          <w:marLeft w:val="0"/>
                          <w:marRight w:val="0"/>
                          <w:marTop w:val="0"/>
                          <w:marBottom w:val="0"/>
                          <w:divBdr>
                            <w:top w:val="none" w:sz="0" w:space="0" w:color="auto"/>
                            <w:left w:val="none" w:sz="0" w:space="0" w:color="auto"/>
                            <w:bottom w:val="none" w:sz="0" w:space="0" w:color="auto"/>
                            <w:right w:val="none" w:sz="0" w:space="0" w:color="auto"/>
                          </w:divBdr>
                        </w:div>
                      </w:divsChild>
                    </w:div>
                    <w:div w:id="1320424809">
                      <w:marLeft w:val="0"/>
                      <w:marRight w:val="0"/>
                      <w:marTop w:val="0"/>
                      <w:marBottom w:val="0"/>
                      <w:divBdr>
                        <w:top w:val="none" w:sz="0" w:space="0" w:color="auto"/>
                        <w:left w:val="none" w:sz="0" w:space="0" w:color="auto"/>
                        <w:bottom w:val="none" w:sz="0" w:space="0" w:color="auto"/>
                        <w:right w:val="none" w:sz="0" w:space="0" w:color="auto"/>
                      </w:divBdr>
                      <w:divsChild>
                        <w:div w:id="832261845">
                          <w:marLeft w:val="0"/>
                          <w:marRight w:val="0"/>
                          <w:marTop w:val="0"/>
                          <w:marBottom w:val="0"/>
                          <w:divBdr>
                            <w:top w:val="none" w:sz="0" w:space="0" w:color="auto"/>
                            <w:left w:val="none" w:sz="0" w:space="0" w:color="auto"/>
                            <w:bottom w:val="none" w:sz="0" w:space="0" w:color="auto"/>
                            <w:right w:val="none" w:sz="0" w:space="0" w:color="auto"/>
                          </w:divBdr>
                        </w:div>
                        <w:div w:id="1591115720">
                          <w:marLeft w:val="0"/>
                          <w:marRight w:val="0"/>
                          <w:marTop w:val="0"/>
                          <w:marBottom w:val="0"/>
                          <w:divBdr>
                            <w:top w:val="none" w:sz="0" w:space="0" w:color="auto"/>
                            <w:left w:val="none" w:sz="0" w:space="0" w:color="auto"/>
                            <w:bottom w:val="none" w:sz="0" w:space="0" w:color="auto"/>
                            <w:right w:val="none" w:sz="0" w:space="0" w:color="auto"/>
                          </w:divBdr>
                        </w:div>
                      </w:divsChild>
                    </w:div>
                    <w:div w:id="47651311">
                      <w:marLeft w:val="0"/>
                      <w:marRight w:val="0"/>
                      <w:marTop w:val="0"/>
                      <w:marBottom w:val="0"/>
                      <w:divBdr>
                        <w:top w:val="none" w:sz="0" w:space="0" w:color="auto"/>
                        <w:left w:val="none" w:sz="0" w:space="0" w:color="auto"/>
                        <w:bottom w:val="none" w:sz="0" w:space="0" w:color="auto"/>
                        <w:right w:val="none" w:sz="0" w:space="0" w:color="auto"/>
                      </w:divBdr>
                      <w:divsChild>
                        <w:div w:id="1946186484">
                          <w:marLeft w:val="0"/>
                          <w:marRight w:val="0"/>
                          <w:marTop w:val="0"/>
                          <w:marBottom w:val="0"/>
                          <w:divBdr>
                            <w:top w:val="none" w:sz="0" w:space="0" w:color="auto"/>
                            <w:left w:val="none" w:sz="0" w:space="0" w:color="auto"/>
                            <w:bottom w:val="none" w:sz="0" w:space="0" w:color="auto"/>
                            <w:right w:val="none" w:sz="0" w:space="0" w:color="auto"/>
                          </w:divBdr>
                        </w:div>
                        <w:div w:id="44226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51">
          <w:marLeft w:val="0"/>
          <w:marRight w:val="0"/>
          <w:marTop w:val="0"/>
          <w:marBottom w:val="0"/>
          <w:divBdr>
            <w:top w:val="none" w:sz="0" w:space="0" w:color="auto"/>
            <w:left w:val="none" w:sz="0" w:space="0" w:color="auto"/>
            <w:bottom w:val="none" w:sz="0" w:space="0" w:color="auto"/>
            <w:right w:val="none" w:sz="0" w:space="0" w:color="auto"/>
          </w:divBdr>
          <w:divsChild>
            <w:div w:id="1903053943">
              <w:marLeft w:val="0"/>
              <w:marRight w:val="0"/>
              <w:marTop w:val="0"/>
              <w:marBottom w:val="0"/>
              <w:divBdr>
                <w:top w:val="none" w:sz="0" w:space="0" w:color="auto"/>
                <w:left w:val="none" w:sz="0" w:space="0" w:color="auto"/>
                <w:bottom w:val="none" w:sz="0" w:space="0" w:color="auto"/>
                <w:right w:val="none" w:sz="0" w:space="0" w:color="auto"/>
              </w:divBdr>
              <w:divsChild>
                <w:div w:id="691103047">
                  <w:marLeft w:val="0"/>
                  <w:marRight w:val="0"/>
                  <w:marTop w:val="0"/>
                  <w:marBottom w:val="180"/>
                  <w:divBdr>
                    <w:top w:val="none" w:sz="0" w:space="0" w:color="auto"/>
                    <w:left w:val="none" w:sz="0" w:space="0" w:color="auto"/>
                    <w:bottom w:val="single" w:sz="12" w:space="5" w:color="E9ECEF"/>
                    <w:right w:val="none" w:sz="0" w:space="0" w:color="auto"/>
                  </w:divBdr>
                </w:div>
                <w:div w:id="1935094654">
                  <w:marLeft w:val="0"/>
                  <w:marRight w:val="0"/>
                  <w:marTop w:val="0"/>
                  <w:marBottom w:val="180"/>
                  <w:divBdr>
                    <w:top w:val="none" w:sz="0" w:space="0" w:color="auto"/>
                    <w:left w:val="none" w:sz="0" w:space="0" w:color="auto"/>
                    <w:bottom w:val="none" w:sz="0" w:space="0" w:color="auto"/>
                    <w:right w:val="none" w:sz="0" w:space="0" w:color="auto"/>
                  </w:divBdr>
                  <w:divsChild>
                    <w:div w:id="1907841258">
                      <w:marLeft w:val="0"/>
                      <w:marRight w:val="0"/>
                      <w:marTop w:val="0"/>
                      <w:marBottom w:val="0"/>
                      <w:divBdr>
                        <w:top w:val="none" w:sz="0" w:space="0" w:color="auto"/>
                        <w:left w:val="none" w:sz="0" w:space="0" w:color="auto"/>
                        <w:bottom w:val="none" w:sz="0" w:space="0" w:color="auto"/>
                        <w:right w:val="none" w:sz="0" w:space="0" w:color="auto"/>
                      </w:divBdr>
                    </w:div>
                    <w:div w:id="546722338">
                      <w:marLeft w:val="0"/>
                      <w:marRight w:val="0"/>
                      <w:marTop w:val="0"/>
                      <w:marBottom w:val="0"/>
                      <w:divBdr>
                        <w:top w:val="none" w:sz="0" w:space="0" w:color="auto"/>
                        <w:left w:val="none" w:sz="0" w:space="0" w:color="auto"/>
                        <w:bottom w:val="none" w:sz="0" w:space="0" w:color="auto"/>
                        <w:right w:val="none" w:sz="0" w:space="0" w:color="auto"/>
                      </w:divBdr>
                    </w:div>
                    <w:div w:id="269435158">
                      <w:marLeft w:val="0"/>
                      <w:marRight w:val="0"/>
                      <w:marTop w:val="0"/>
                      <w:marBottom w:val="0"/>
                      <w:divBdr>
                        <w:top w:val="none" w:sz="0" w:space="0" w:color="auto"/>
                        <w:left w:val="none" w:sz="0" w:space="0" w:color="auto"/>
                        <w:bottom w:val="none" w:sz="0" w:space="0" w:color="auto"/>
                        <w:right w:val="none" w:sz="0" w:space="0" w:color="auto"/>
                      </w:divBdr>
                    </w:div>
                    <w:div w:id="2049913027">
                      <w:marLeft w:val="0"/>
                      <w:marRight w:val="0"/>
                      <w:marTop w:val="0"/>
                      <w:marBottom w:val="0"/>
                      <w:divBdr>
                        <w:top w:val="none" w:sz="0" w:space="0" w:color="auto"/>
                        <w:left w:val="none" w:sz="0" w:space="0" w:color="auto"/>
                        <w:bottom w:val="none" w:sz="0" w:space="0" w:color="auto"/>
                        <w:right w:val="none" w:sz="0" w:space="0" w:color="auto"/>
                      </w:divBdr>
                    </w:div>
                    <w:div w:id="963268466">
                      <w:marLeft w:val="0"/>
                      <w:marRight w:val="0"/>
                      <w:marTop w:val="0"/>
                      <w:marBottom w:val="0"/>
                      <w:divBdr>
                        <w:top w:val="none" w:sz="0" w:space="0" w:color="auto"/>
                        <w:left w:val="none" w:sz="0" w:space="0" w:color="auto"/>
                        <w:bottom w:val="none" w:sz="0" w:space="0" w:color="auto"/>
                        <w:right w:val="none" w:sz="0" w:space="0" w:color="auto"/>
                      </w:divBdr>
                    </w:div>
                    <w:div w:id="1947081599">
                      <w:marLeft w:val="0"/>
                      <w:marRight w:val="0"/>
                      <w:marTop w:val="0"/>
                      <w:marBottom w:val="0"/>
                      <w:divBdr>
                        <w:top w:val="none" w:sz="0" w:space="0" w:color="auto"/>
                        <w:left w:val="none" w:sz="0" w:space="0" w:color="auto"/>
                        <w:bottom w:val="none" w:sz="0" w:space="0" w:color="auto"/>
                        <w:right w:val="none" w:sz="0" w:space="0" w:color="auto"/>
                      </w:divBdr>
                    </w:div>
                  </w:divsChild>
                </w:div>
                <w:div w:id="29189964">
                  <w:marLeft w:val="0"/>
                  <w:marRight w:val="0"/>
                  <w:marTop w:val="0"/>
                  <w:marBottom w:val="0"/>
                  <w:divBdr>
                    <w:top w:val="none" w:sz="0" w:space="0" w:color="auto"/>
                    <w:left w:val="none" w:sz="0" w:space="0" w:color="auto"/>
                    <w:bottom w:val="none" w:sz="0" w:space="0" w:color="auto"/>
                    <w:right w:val="none" w:sz="0" w:space="0" w:color="auto"/>
                  </w:divBdr>
                  <w:divsChild>
                    <w:div w:id="184906518">
                      <w:marLeft w:val="0"/>
                      <w:marRight w:val="0"/>
                      <w:marTop w:val="0"/>
                      <w:marBottom w:val="0"/>
                      <w:divBdr>
                        <w:top w:val="none" w:sz="0" w:space="0" w:color="auto"/>
                        <w:left w:val="none" w:sz="0" w:space="0" w:color="auto"/>
                        <w:bottom w:val="none" w:sz="0" w:space="0" w:color="auto"/>
                        <w:right w:val="none" w:sz="0" w:space="0" w:color="auto"/>
                      </w:divBdr>
                      <w:divsChild>
                        <w:div w:id="2026471265">
                          <w:marLeft w:val="0"/>
                          <w:marRight w:val="0"/>
                          <w:marTop w:val="0"/>
                          <w:marBottom w:val="0"/>
                          <w:divBdr>
                            <w:top w:val="none" w:sz="0" w:space="0" w:color="auto"/>
                            <w:left w:val="none" w:sz="0" w:space="0" w:color="auto"/>
                            <w:bottom w:val="none" w:sz="0" w:space="0" w:color="auto"/>
                            <w:right w:val="none" w:sz="0" w:space="0" w:color="auto"/>
                          </w:divBdr>
                        </w:div>
                        <w:div w:id="1348600162">
                          <w:marLeft w:val="0"/>
                          <w:marRight w:val="0"/>
                          <w:marTop w:val="0"/>
                          <w:marBottom w:val="0"/>
                          <w:divBdr>
                            <w:top w:val="none" w:sz="0" w:space="0" w:color="auto"/>
                            <w:left w:val="none" w:sz="0" w:space="0" w:color="auto"/>
                            <w:bottom w:val="none" w:sz="0" w:space="0" w:color="auto"/>
                            <w:right w:val="none" w:sz="0" w:space="0" w:color="auto"/>
                          </w:divBdr>
                        </w:div>
                      </w:divsChild>
                    </w:div>
                    <w:div w:id="965238110">
                      <w:marLeft w:val="0"/>
                      <w:marRight w:val="0"/>
                      <w:marTop w:val="0"/>
                      <w:marBottom w:val="0"/>
                      <w:divBdr>
                        <w:top w:val="none" w:sz="0" w:space="0" w:color="auto"/>
                        <w:left w:val="none" w:sz="0" w:space="0" w:color="auto"/>
                        <w:bottom w:val="none" w:sz="0" w:space="0" w:color="auto"/>
                        <w:right w:val="none" w:sz="0" w:space="0" w:color="auto"/>
                      </w:divBdr>
                      <w:divsChild>
                        <w:div w:id="1190028271">
                          <w:marLeft w:val="0"/>
                          <w:marRight w:val="0"/>
                          <w:marTop w:val="0"/>
                          <w:marBottom w:val="0"/>
                          <w:divBdr>
                            <w:top w:val="none" w:sz="0" w:space="0" w:color="auto"/>
                            <w:left w:val="none" w:sz="0" w:space="0" w:color="auto"/>
                            <w:bottom w:val="none" w:sz="0" w:space="0" w:color="auto"/>
                            <w:right w:val="none" w:sz="0" w:space="0" w:color="auto"/>
                          </w:divBdr>
                        </w:div>
                        <w:div w:id="1533809463">
                          <w:marLeft w:val="0"/>
                          <w:marRight w:val="0"/>
                          <w:marTop w:val="0"/>
                          <w:marBottom w:val="0"/>
                          <w:divBdr>
                            <w:top w:val="none" w:sz="0" w:space="0" w:color="auto"/>
                            <w:left w:val="none" w:sz="0" w:space="0" w:color="auto"/>
                            <w:bottom w:val="none" w:sz="0" w:space="0" w:color="auto"/>
                            <w:right w:val="none" w:sz="0" w:space="0" w:color="auto"/>
                          </w:divBdr>
                        </w:div>
                      </w:divsChild>
                    </w:div>
                    <w:div w:id="913852669">
                      <w:marLeft w:val="0"/>
                      <w:marRight w:val="0"/>
                      <w:marTop w:val="0"/>
                      <w:marBottom w:val="0"/>
                      <w:divBdr>
                        <w:top w:val="none" w:sz="0" w:space="0" w:color="auto"/>
                        <w:left w:val="none" w:sz="0" w:space="0" w:color="auto"/>
                        <w:bottom w:val="none" w:sz="0" w:space="0" w:color="auto"/>
                        <w:right w:val="none" w:sz="0" w:space="0" w:color="auto"/>
                      </w:divBdr>
                      <w:divsChild>
                        <w:div w:id="2094231343">
                          <w:marLeft w:val="0"/>
                          <w:marRight w:val="0"/>
                          <w:marTop w:val="0"/>
                          <w:marBottom w:val="0"/>
                          <w:divBdr>
                            <w:top w:val="none" w:sz="0" w:space="0" w:color="auto"/>
                            <w:left w:val="none" w:sz="0" w:space="0" w:color="auto"/>
                            <w:bottom w:val="none" w:sz="0" w:space="0" w:color="auto"/>
                            <w:right w:val="none" w:sz="0" w:space="0" w:color="auto"/>
                          </w:divBdr>
                        </w:div>
                        <w:div w:id="2033875764">
                          <w:marLeft w:val="0"/>
                          <w:marRight w:val="0"/>
                          <w:marTop w:val="0"/>
                          <w:marBottom w:val="0"/>
                          <w:divBdr>
                            <w:top w:val="none" w:sz="0" w:space="0" w:color="auto"/>
                            <w:left w:val="none" w:sz="0" w:space="0" w:color="auto"/>
                            <w:bottom w:val="none" w:sz="0" w:space="0" w:color="auto"/>
                            <w:right w:val="none" w:sz="0" w:space="0" w:color="auto"/>
                          </w:divBdr>
                        </w:div>
                      </w:divsChild>
                    </w:div>
                    <w:div w:id="2005469611">
                      <w:marLeft w:val="0"/>
                      <w:marRight w:val="0"/>
                      <w:marTop w:val="0"/>
                      <w:marBottom w:val="0"/>
                      <w:divBdr>
                        <w:top w:val="none" w:sz="0" w:space="0" w:color="auto"/>
                        <w:left w:val="none" w:sz="0" w:space="0" w:color="auto"/>
                        <w:bottom w:val="none" w:sz="0" w:space="0" w:color="auto"/>
                        <w:right w:val="none" w:sz="0" w:space="0" w:color="auto"/>
                      </w:divBdr>
                      <w:divsChild>
                        <w:div w:id="902368658">
                          <w:marLeft w:val="0"/>
                          <w:marRight w:val="0"/>
                          <w:marTop w:val="0"/>
                          <w:marBottom w:val="0"/>
                          <w:divBdr>
                            <w:top w:val="none" w:sz="0" w:space="0" w:color="auto"/>
                            <w:left w:val="none" w:sz="0" w:space="0" w:color="auto"/>
                            <w:bottom w:val="none" w:sz="0" w:space="0" w:color="auto"/>
                            <w:right w:val="none" w:sz="0" w:space="0" w:color="auto"/>
                          </w:divBdr>
                        </w:div>
                        <w:div w:id="65391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313035">
          <w:marLeft w:val="0"/>
          <w:marRight w:val="0"/>
          <w:marTop w:val="0"/>
          <w:marBottom w:val="0"/>
          <w:divBdr>
            <w:top w:val="none" w:sz="0" w:space="0" w:color="auto"/>
            <w:left w:val="none" w:sz="0" w:space="0" w:color="auto"/>
            <w:bottom w:val="none" w:sz="0" w:space="0" w:color="auto"/>
            <w:right w:val="none" w:sz="0" w:space="0" w:color="auto"/>
          </w:divBdr>
          <w:divsChild>
            <w:div w:id="2125883754">
              <w:marLeft w:val="0"/>
              <w:marRight w:val="0"/>
              <w:marTop w:val="0"/>
              <w:marBottom w:val="0"/>
              <w:divBdr>
                <w:top w:val="none" w:sz="0" w:space="0" w:color="auto"/>
                <w:left w:val="none" w:sz="0" w:space="0" w:color="auto"/>
                <w:bottom w:val="none" w:sz="0" w:space="0" w:color="auto"/>
                <w:right w:val="none" w:sz="0" w:space="0" w:color="auto"/>
              </w:divBdr>
              <w:divsChild>
                <w:div w:id="1627196758">
                  <w:marLeft w:val="0"/>
                  <w:marRight w:val="0"/>
                  <w:marTop w:val="0"/>
                  <w:marBottom w:val="180"/>
                  <w:divBdr>
                    <w:top w:val="none" w:sz="0" w:space="0" w:color="auto"/>
                    <w:left w:val="none" w:sz="0" w:space="0" w:color="auto"/>
                    <w:bottom w:val="single" w:sz="12" w:space="5" w:color="E9ECEF"/>
                    <w:right w:val="none" w:sz="0" w:space="0" w:color="auto"/>
                  </w:divBdr>
                </w:div>
                <w:div w:id="489827176">
                  <w:marLeft w:val="0"/>
                  <w:marRight w:val="0"/>
                  <w:marTop w:val="0"/>
                  <w:marBottom w:val="180"/>
                  <w:divBdr>
                    <w:top w:val="none" w:sz="0" w:space="0" w:color="auto"/>
                    <w:left w:val="none" w:sz="0" w:space="0" w:color="auto"/>
                    <w:bottom w:val="none" w:sz="0" w:space="0" w:color="auto"/>
                    <w:right w:val="none" w:sz="0" w:space="0" w:color="auto"/>
                  </w:divBdr>
                  <w:divsChild>
                    <w:div w:id="685253401">
                      <w:marLeft w:val="0"/>
                      <w:marRight w:val="0"/>
                      <w:marTop w:val="0"/>
                      <w:marBottom w:val="0"/>
                      <w:divBdr>
                        <w:top w:val="none" w:sz="0" w:space="0" w:color="auto"/>
                        <w:left w:val="none" w:sz="0" w:space="0" w:color="auto"/>
                        <w:bottom w:val="none" w:sz="0" w:space="0" w:color="auto"/>
                        <w:right w:val="none" w:sz="0" w:space="0" w:color="auto"/>
                      </w:divBdr>
                    </w:div>
                    <w:div w:id="83963723">
                      <w:marLeft w:val="0"/>
                      <w:marRight w:val="0"/>
                      <w:marTop w:val="0"/>
                      <w:marBottom w:val="0"/>
                      <w:divBdr>
                        <w:top w:val="none" w:sz="0" w:space="0" w:color="auto"/>
                        <w:left w:val="none" w:sz="0" w:space="0" w:color="auto"/>
                        <w:bottom w:val="none" w:sz="0" w:space="0" w:color="auto"/>
                        <w:right w:val="none" w:sz="0" w:space="0" w:color="auto"/>
                      </w:divBdr>
                    </w:div>
                    <w:div w:id="1416590712">
                      <w:marLeft w:val="0"/>
                      <w:marRight w:val="0"/>
                      <w:marTop w:val="0"/>
                      <w:marBottom w:val="0"/>
                      <w:divBdr>
                        <w:top w:val="none" w:sz="0" w:space="0" w:color="auto"/>
                        <w:left w:val="none" w:sz="0" w:space="0" w:color="auto"/>
                        <w:bottom w:val="none" w:sz="0" w:space="0" w:color="auto"/>
                        <w:right w:val="none" w:sz="0" w:space="0" w:color="auto"/>
                      </w:divBdr>
                    </w:div>
                  </w:divsChild>
                </w:div>
                <w:div w:id="1029717116">
                  <w:marLeft w:val="0"/>
                  <w:marRight w:val="0"/>
                  <w:marTop w:val="0"/>
                  <w:marBottom w:val="0"/>
                  <w:divBdr>
                    <w:top w:val="none" w:sz="0" w:space="0" w:color="auto"/>
                    <w:left w:val="none" w:sz="0" w:space="0" w:color="auto"/>
                    <w:bottom w:val="none" w:sz="0" w:space="0" w:color="auto"/>
                    <w:right w:val="none" w:sz="0" w:space="0" w:color="auto"/>
                  </w:divBdr>
                  <w:divsChild>
                    <w:div w:id="575747808">
                      <w:marLeft w:val="0"/>
                      <w:marRight w:val="0"/>
                      <w:marTop w:val="0"/>
                      <w:marBottom w:val="0"/>
                      <w:divBdr>
                        <w:top w:val="none" w:sz="0" w:space="0" w:color="auto"/>
                        <w:left w:val="none" w:sz="0" w:space="0" w:color="auto"/>
                        <w:bottom w:val="none" w:sz="0" w:space="0" w:color="auto"/>
                        <w:right w:val="none" w:sz="0" w:space="0" w:color="auto"/>
                      </w:divBdr>
                      <w:divsChild>
                        <w:div w:id="1297488908">
                          <w:marLeft w:val="0"/>
                          <w:marRight w:val="0"/>
                          <w:marTop w:val="0"/>
                          <w:marBottom w:val="0"/>
                          <w:divBdr>
                            <w:top w:val="none" w:sz="0" w:space="0" w:color="auto"/>
                            <w:left w:val="none" w:sz="0" w:space="0" w:color="auto"/>
                            <w:bottom w:val="none" w:sz="0" w:space="0" w:color="auto"/>
                            <w:right w:val="none" w:sz="0" w:space="0" w:color="auto"/>
                          </w:divBdr>
                        </w:div>
                        <w:div w:id="322590914">
                          <w:marLeft w:val="0"/>
                          <w:marRight w:val="0"/>
                          <w:marTop w:val="0"/>
                          <w:marBottom w:val="0"/>
                          <w:divBdr>
                            <w:top w:val="none" w:sz="0" w:space="0" w:color="auto"/>
                            <w:left w:val="none" w:sz="0" w:space="0" w:color="auto"/>
                            <w:bottom w:val="none" w:sz="0" w:space="0" w:color="auto"/>
                            <w:right w:val="none" w:sz="0" w:space="0" w:color="auto"/>
                          </w:divBdr>
                        </w:div>
                      </w:divsChild>
                    </w:div>
                    <w:div w:id="1360886775">
                      <w:marLeft w:val="0"/>
                      <w:marRight w:val="0"/>
                      <w:marTop w:val="0"/>
                      <w:marBottom w:val="0"/>
                      <w:divBdr>
                        <w:top w:val="none" w:sz="0" w:space="0" w:color="auto"/>
                        <w:left w:val="none" w:sz="0" w:space="0" w:color="auto"/>
                        <w:bottom w:val="none" w:sz="0" w:space="0" w:color="auto"/>
                        <w:right w:val="none" w:sz="0" w:space="0" w:color="auto"/>
                      </w:divBdr>
                      <w:divsChild>
                        <w:div w:id="1015888337">
                          <w:marLeft w:val="0"/>
                          <w:marRight w:val="0"/>
                          <w:marTop w:val="0"/>
                          <w:marBottom w:val="0"/>
                          <w:divBdr>
                            <w:top w:val="none" w:sz="0" w:space="0" w:color="auto"/>
                            <w:left w:val="none" w:sz="0" w:space="0" w:color="auto"/>
                            <w:bottom w:val="none" w:sz="0" w:space="0" w:color="auto"/>
                            <w:right w:val="none" w:sz="0" w:space="0" w:color="auto"/>
                          </w:divBdr>
                        </w:div>
                        <w:div w:id="244606461">
                          <w:marLeft w:val="0"/>
                          <w:marRight w:val="0"/>
                          <w:marTop w:val="0"/>
                          <w:marBottom w:val="0"/>
                          <w:divBdr>
                            <w:top w:val="none" w:sz="0" w:space="0" w:color="auto"/>
                            <w:left w:val="none" w:sz="0" w:space="0" w:color="auto"/>
                            <w:bottom w:val="none" w:sz="0" w:space="0" w:color="auto"/>
                            <w:right w:val="none" w:sz="0" w:space="0" w:color="auto"/>
                          </w:divBdr>
                        </w:div>
                      </w:divsChild>
                    </w:div>
                    <w:div w:id="134371396">
                      <w:marLeft w:val="0"/>
                      <w:marRight w:val="0"/>
                      <w:marTop w:val="0"/>
                      <w:marBottom w:val="0"/>
                      <w:divBdr>
                        <w:top w:val="none" w:sz="0" w:space="0" w:color="auto"/>
                        <w:left w:val="none" w:sz="0" w:space="0" w:color="auto"/>
                        <w:bottom w:val="none" w:sz="0" w:space="0" w:color="auto"/>
                        <w:right w:val="none" w:sz="0" w:space="0" w:color="auto"/>
                      </w:divBdr>
                      <w:divsChild>
                        <w:div w:id="1860005274">
                          <w:marLeft w:val="0"/>
                          <w:marRight w:val="0"/>
                          <w:marTop w:val="0"/>
                          <w:marBottom w:val="0"/>
                          <w:divBdr>
                            <w:top w:val="none" w:sz="0" w:space="0" w:color="auto"/>
                            <w:left w:val="none" w:sz="0" w:space="0" w:color="auto"/>
                            <w:bottom w:val="none" w:sz="0" w:space="0" w:color="auto"/>
                            <w:right w:val="none" w:sz="0" w:space="0" w:color="auto"/>
                          </w:divBdr>
                        </w:div>
                        <w:div w:id="119676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7290">
          <w:marLeft w:val="0"/>
          <w:marRight w:val="0"/>
          <w:marTop w:val="0"/>
          <w:marBottom w:val="0"/>
          <w:divBdr>
            <w:top w:val="none" w:sz="0" w:space="0" w:color="auto"/>
            <w:left w:val="none" w:sz="0" w:space="0" w:color="auto"/>
            <w:bottom w:val="none" w:sz="0" w:space="0" w:color="auto"/>
            <w:right w:val="none" w:sz="0" w:space="0" w:color="auto"/>
          </w:divBdr>
          <w:divsChild>
            <w:div w:id="1115058217">
              <w:marLeft w:val="0"/>
              <w:marRight w:val="0"/>
              <w:marTop w:val="0"/>
              <w:marBottom w:val="0"/>
              <w:divBdr>
                <w:top w:val="none" w:sz="0" w:space="0" w:color="auto"/>
                <w:left w:val="none" w:sz="0" w:space="0" w:color="auto"/>
                <w:bottom w:val="none" w:sz="0" w:space="0" w:color="auto"/>
                <w:right w:val="none" w:sz="0" w:space="0" w:color="auto"/>
              </w:divBdr>
              <w:divsChild>
                <w:div w:id="122427236">
                  <w:marLeft w:val="0"/>
                  <w:marRight w:val="0"/>
                  <w:marTop w:val="0"/>
                  <w:marBottom w:val="180"/>
                  <w:divBdr>
                    <w:top w:val="none" w:sz="0" w:space="0" w:color="auto"/>
                    <w:left w:val="none" w:sz="0" w:space="0" w:color="auto"/>
                    <w:bottom w:val="single" w:sz="12" w:space="5" w:color="E9ECEF"/>
                    <w:right w:val="none" w:sz="0" w:space="0" w:color="auto"/>
                  </w:divBdr>
                </w:div>
                <w:div w:id="1885824431">
                  <w:marLeft w:val="0"/>
                  <w:marRight w:val="0"/>
                  <w:marTop w:val="0"/>
                  <w:marBottom w:val="180"/>
                  <w:divBdr>
                    <w:top w:val="none" w:sz="0" w:space="0" w:color="auto"/>
                    <w:left w:val="none" w:sz="0" w:space="0" w:color="auto"/>
                    <w:bottom w:val="none" w:sz="0" w:space="0" w:color="auto"/>
                    <w:right w:val="none" w:sz="0" w:space="0" w:color="auto"/>
                  </w:divBdr>
                  <w:divsChild>
                    <w:div w:id="1671636655">
                      <w:marLeft w:val="0"/>
                      <w:marRight w:val="0"/>
                      <w:marTop w:val="0"/>
                      <w:marBottom w:val="0"/>
                      <w:divBdr>
                        <w:top w:val="none" w:sz="0" w:space="0" w:color="auto"/>
                        <w:left w:val="none" w:sz="0" w:space="0" w:color="auto"/>
                        <w:bottom w:val="none" w:sz="0" w:space="0" w:color="auto"/>
                        <w:right w:val="none" w:sz="0" w:space="0" w:color="auto"/>
                      </w:divBdr>
                    </w:div>
                    <w:div w:id="256407655">
                      <w:marLeft w:val="0"/>
                      <w:marRight w:val="0"/>
                      <w:marTop w:val="0"/>
                      <w:marBottom w:val="0"/>
                      <w:divBdr>
                        <w:top w:val="none" w:sz="0" w:space="0" w:color="auto"/>
                        <w:left w:val="none" w:sz="0" w:space="0" w:color="auto"/>
                        <w:bottom w:val="none" w:sz="0" w:space="0" w:color="auto"/>
                        <w:right w:val="none" w:sz="0" w:space="0" w:color="auto"/>
                      </w:divBdr>
                    </w:div>
                    <w:div w:id="1088692566">
                      <w:marLeft w:val="0"/>
                      <w:marRight w:val="0"/>
                      <w:marTop w:val="0"/>
                      <w:marBottom w:val="0"/>
                      <w:divBdr>
                        <w:top w:val="none" w:sz="0" w:space="0" w:color="auto"/>
                        <w:left w:val="none" w:sz="0" w:space="0" w:color="auto"/>
                        <w:bottom w:val="none" w:sz="0" w:space="0" w:color="auto"/>
                        <w:right w:val="none" w:sz="0" w:space="0" w:color="auto"/>
                      </w:divBdr>
                    </w:div>
                    <w:div w:id="1795826392">
                      <w:marLeft w:val="0"/>
                      <w:marRight w:val="0"/>
                      <w:marTop w:val="0"/>
                      <w:marBottom w:val="0"/>
                      <w:divBdr>
                        <w:top w:val="none" w:sz="0" w:space="0" w:color="auto"/>
                        <w:left w:val="none" w:sz="0" w:space="0" w:color="auto"/>
                        <w:bottom w:val="none" w:sz="0" w:space="0" w:color="auto"/>
                        <w:right w:val="none" w:sz="0" w:space="0" w:color="auto"/>
                      </w:divBdr>
                    </w:div>
                    <w:div w:id="1402829518">
                      <w:marLeft w:val="0"/>
                      <w:marRight w:val="0"/>
                      <w:marTop w:val="0"/>
                      <w:marBottom w:val="0"/>
                      <w:divBdr>
                        <w:top w:val="none" w:sz="0" w:space="0" w:color="auto"/>
                        <w:left w:val="none" w:sz="0" w:space="0" w:color="auto"/>
                        <w:bottom w:val="none" w:sz="0" w:space="0" w:color="auto"/>
                        <w:right w:val="none" w:sz="0" w:space="0" w:color="auto"/>
                      </w:divBdr>
                    </w:div>
                  </w:divsChild>
                </w:div>
                <w:div w:id="237984643">
                  <w:marLeft w:val="0"/>
                  <w:marRight w:val="0"/>
                  <w:marTop w:val="0"/>
                  <w:marBottom w:val="0"/>
                  <w:divBdr>
                    <w:top w:val="none" w:sz="0" w:space="0" w:color="auto"/>
                    <w:left w:val="none" w:sz="0" w:space="0" w:color="auto"/>
                    <w:bottom w:val="none" w:sz="0" w:space="0" w:color="auto"/>
                    <w:right w:val="none" w:sz="0" w:space="0" w:color="auto"/>
                  </w:divBdr>
                  <w:divsChild>
                    <w:div w:id="463475091">
                      <w:marLeft w:val="0"/>
                      <w:marRight w:val="0"/>
                      <w:marTop w:val="0"/>
                      <w:marBottom w:val="0"/>
                      <w:divBdr>
                        <w:top w:val="none" w:sz="0" w:space="0" w:color="auto"/>
                        <w:left w:val="none" w:sz="0" w:space="0" w:color="auto"/>
                        <w:bottom w:val="none" w:sz="0" w:space="0" w:color="auto"/>
                        <w:right w:val="none" w:sz="0" w:space="0" w:color="auto"/>
                      </w:divBdr>
                      <w:divsChild>
                        <w:div w:id="2122529808">
                          <w:marLeft w:val="0"/>
                          <w:marRight w:val="0"/>
                          <w:marTop w:val="0"/>
                          <w:marBottom w:val="0"/>
                          <w:divBdr>
                            <w:top w:val="none" w:sz="0" w:space="0" w:color="auto"/>
                            <w:left w:val="none" w:sz="0" w:space="0" w:color="auto"/>
                            <w:bottom w:val="none" w:sz="0" w:space="0" w:color="auto"/>
                            <w:right w:val="none" w:sz="0" w:space="0" w:color="auto"/>
                          </w:divBdr>
                        </w:div>
                        <w:div w:id="1171679944">
                          <w:marLeft w:val="0"/>
                          <w:marRight w:val="0"/>
                          <w:marTop w:val="0"/>
                          <w:marBottom w:val="0"/>
                          <w:divBdr>
                            <w:top w:val="none" w:sz="0" w:space="0" w:color="auto"/>
                            <w:left w:val="none" w:sz="0" w:space="0" w:color="auto"/>
                            <w:bottom w:val="none" w:sz="0" w:space="0" w:color="auto"/>
                            <w:right w:val="none" w:sz="0" w:space="0" w:color="auto"/>
                          </w:divBdr>
                        </w:div>
                      </w:divsChild>
                    </w:div>
                    <w:div w:id="1257716511">
                      <w:marLeft w:val="0"/>
                      <w:marRight w:val="0"/>
                      <w:marTop w:val="0"/>
                      <w:marBottom w:val="0"/>
                      <w:divBdr>
                        <w:top w:val="none" w:sz="0" w:space="0" w:color="auto"/>
                        <w:left w:val="none" w:sz="0" w:space="0" w:color="auto"/>
                        <w:bottom w:val="none" w:sz="0" w:space="0" w:color="auto"/>
                        <w:right w:val="none" w:sz="0" w:space="0" w:color="auto"/>
                      </w:divBdr>
                      <w:divsChild>
                        <w:div w:id="1292901994">
                          <w:marLeft w:val="0"/>
                          <w:marRight w:val="0"/>
                          <w:marTop w:val="0"/>
                          <w:marBottom w:val="0"/>
                          <w:divBdr>
                            <w:top w:val="none" w:sz="0" w:space="0" w:color="auto"/>
                            <w:left w:val="none" w:sz="0" w:space="0" w:color="auto"/>
                            <w:bottom w:val="none" w:sz="0" w:space="0" w:color="auto"/>
                            <w:right w:val="none" w:sz="0" w:space="0" w:color="auto"/>
                          </w:divBdr>
                        </w:div>
                        <w:div w:id="1446659716">
                          <w:marLeft w:val="0"/>
                          <w:marRight w:val="0"/>
                          <w:marTop w:val="0"/>
                          <w:marBottom w:val="0"/>
                          <w:divBdr>
                            <w:top w:val="none" w:sz="0" w:space="0" w:color="auto"/>
                            <w:left w:val="none" w:sz="0" w:space="0" w:color="auto"/>
                            <w:bottom w:val="none" w:sz="0" w:space="0" w:color="auto"/>
                            <w:right w:val="none" w:sz="0" w:space="0" w:color="auto"/>
                          </w:divBdr>
                        </w:div>
                      </w:divsChild>
                    </w:div>
                    <w:div w:id="59327459">
                      <w:marLeft w:val="0"/>
                      <w:marRight w:val="0"/>
                      <w:marTop w:val="0"/>
                      <w:marBottom w:val="0"/>
                      <w:divBdr>
                        <w:top w:val="none" w:sz="0" w:space="0" w:color="auto"/>
                        <w:left w:val="none" w:sz="0" w:space="0" w:color="auto"/>
                        <w:bottom w:val="none" w:sz="0" w:space="0" w:color="auto"/>
                        <w:right w:val="none" w:sz="0" w:space="0" w:color="auto"/>
                      </w:divBdr>
                      <w:divsChild>
                        <w:div w:id="955798609">
                          <w:marLeft w:val="0"/>
                          <w:marRight w:val="0"/>
                          <w:marTop w:val="0"/>
                          <w:marBottom w:val="0"/>
                          <w:divBdr>
                            <w:top w:val="none" w:sz="0" w:space="0" w:color="auto"/>
                            <w:left w:val="none" w:sz="0" w:space="0" w:color="auto"/>
                            <w:bottom w:val="none" w:sz="0" w:space="0" w:color="auto"/>
                            <w:right w:val="none" w:sz="0" w:space="0" w:color="auto"/>
                          </w:divBdr>
                        </w:div>
                        <w:div w:id="1176503366">
                          <w:marLeft w:val="0"/>
                          <w:marRight w:val="0"/>
                          <w:marTop w:val="0"/>
                          <w:marBottom w:val="0"/>
                          <w:divBdr>
                            <w:top w:val="none" w:sz="0" w:space="0" w:color="auto"/>
                            <w:left w:val="none" w:sz="0" w:space="0" w:color="auto"/>
                            <w:bottom w:val="none" w:sz="0" w:space="0" w:color="auto"/>
                            <w:right w:val="none" w:sz="0" w:space="0" w:color="auto"/>
                          </w:divBdr>
                        </w:div>
                      </w:divsChild>
                    </w:div>
                    <w:div w:id="456918427">
                      <w:marLeft w:val="0"/>
                      <w:marRight w:val="0"/>
                      <w:marTop w:val="0"/>
                      <w:marBottom w:val="0"/>
                      <w:divBdr>
                        <w:top w:val="none" w:sz="0" w:space="0" w:color="auto"/>
                        <w:left w:val="none" w:sz="0" w:space="0" w:color="auto"/>
                        <w:bottom w:val="none" w:sz="0" w:space="0" w:color="auto"/>
                        <w:right w:val="none" w:sz="0" w:space="0" w:color="auto"/>
                      </w:divBdr>
                      <w:divsChild>
                        <w:div w:id="1868789155">
                          <w:marLeft w:val="0"/>
                          <w:marRight w:val="0"/>
                          <w:marTop w:val="0"/>
                          <w:marBottom w:val="0"/>
                          <w:divBdr>
                            <w:top w:val="none" w:sz="0" w:space="0" w:color="auto"/>
                            <w:left w:val="none" w:sz="0" w:space="0" w:color="auto"/>
                            <w:bottom w:val="none" w:sz="0" w:space="0" w:color="auto"/>
                            <w:right w:val="none" w:sz="0" w:space="0" w:color="auto"/>
                          </w:divBdr>
                        </w:div>
                        <w:div w:id="28208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233962">
          <w:marLeft w:val="0"/>
          <w:marRight w:val="0"/>
          <w:marTop w:val="0"/>
          <w:marBottom w:val="0"/>
          <w:divBdr>
            <w:top w:val="none" w:sz="0" w:space="0" w:color="auto"/>
            <w:left w:val="none" w:sz="0" w:space="0" w:color="auto"/>
            <w:bottom w:val="none" w:sz="0" w:space="0" w:color="auto"/>
            <w:right w:val="none" w:sz="0" w:space="0" w:color="auto"/>
          </w:divBdr>
          <w:divsChild>
            <w:div w:id="1444493032">
              <w:marLeft w:val="0"/>
              <w:marRight w:val="0"/>
              <w:marTop w:val="0"/>
              <w:marBottom w:val="0"/>
              <w:divBdr>
                <w:top w:val="none" w:sz="0" w:space="0" w:color="auto"/>
                <w:left w:val="none" w:sz="0" w:space="0" w:color="auto"/>
                <w:bottom w:val="none" w:sz="0" w:space="0" w:color="auto"/>
                <w:right w:val="none" w:sz="0" w:space="0" w:color="auto"/>
              </w:divBdr>
              <w:divsChild>
                <w:div w:id="1017000133">
                  <w:marLeft w:val="0"/>
                  <w:marRight w:val="0"/>
                  <w:marTop w:val="0"/>
                  <w:marBottom w:val="180"/>
                  <w:divBdr>
                    <w:top w:val="none" w:sz="0" w:space="0" w:color="auto"/>
                    <w:left w:val="none" w:sz="0" w:space="0" w:color="auto"/>
                    <w:bottom w:val="single" w:sz="12" w:space="5" w:color="E9ECEF"/>
                    <w:right w:val="none" w:sz="0" w:space="0" w:color="auto"/>
                  </w:divBdr>
                </w:div>
                <w:div w:id="386029321">
                  <w:marLeft w:val="0"/>
                  <w:marRight w:val="0"/>
                  <w:marTop w:val="0"/>
                  <w:marBottom w:val="180"/>
                  <w:divBdr>
                    <w:top w:val="none" w:sz="0" w:space="0" w:color="auto"/>
                    <w:left w:val="none" w:sz="0" w:space="0" w:color="auto"/>
                    <w:bottom w:val="none" w:sz="0" w:space="0" w:color="auto"/>
                    <w:right w:val="none" w:sz="0" w:space="0" w:color="auto"/>
                  </w:divBdr>
                  <w:divsChild>
                    <w:div w:id="374888435">
                      <w:marLeft w:val="0"/>
                      <w:marRight w:val="0"/>
                      <w:marTop w:val="0"/>
                      <w:marBottom w:val="0"/>
                      <w:divBdr>
                        <w:top w:val="none" w:sz="0" w:space="0" w:color="auto"/>
                        <w:left w:val="none" w:sz="0" w:space="0" w:color="auto"/>
                        <w:bottom w:val="none" w:sz="0" w:space="0" w:color="auto"/>
                        <w:right w:val="none" w:sz="0" w:space="0" w:color="auto"/>
                      </w:divBdr>
                    </w:div>
                  </w:divsChild>
                </w:div>
                <w:div w:id="575359760">
                  <w:marLeft w:val="0"/>
                  <w:marRight w:val="0"/>
                  <w:marTop w:val="0"/>
                  <w:marBottom w:val="0"/>
                  <w:divBdr>
                    <w:top w:val="none" w:sz="0" w:space="0" w:color="auto"/>
                    <w:left w:val="none" w:sz="0" w:space="0" w:color="auto"/>
                    <w:bottom w:val="none" w:sz="0" w:space="0" w:color="auto"/>
                    <w:right w:val="none" w:sz="0" w:space="0" w:color="auto"/>
                  </w:divBdr>
                  <w:divsChild>
                    <w:div w:id="1115977110">
                      <w:marLeft w:val="0"/>
                      <w:marRight w:val="0"/>
                      <w:marTop w:val="0"/>
                      <w:marBottom w:val="0"/>
                      <w:divBdr>
                        <w:top w:val="none" w:sz="0" w:space="0" w:color="auto"/>
                        <w:left w:val="none" w:sz="0" w:space="0" w:color="auto"/>
                        <w:bottom w:val="none" w:sz="0" w:space="0" w:color="auto"/>
                        <w:right w:val="none" w:sz="0" w:space="0" w:color="auto"/>
                      </w:divBdr>
                      <w:divsChild>
                        <w:div w:id="129136366">
                          <w:marLeft w:val="0"/>
                          <w:marRight w:val="0"/>
                          <w:marTop w:val="0"/>
                          <w:marBottom w:val="0"/>
                          <w:divBdr>
                            <w:top w:val="none" w:sz="0" w:space="0" w:color="auto"/>
                            <w:left w:val="none" w:sz="0" w:space="0" w:color="auto"/>
                            <w:bottom w:val="none" w:sz="0" w:space="0" w:color="auto"/>
                            <w:right w:val="none" w:sz="0" w:space="0" w:color="auto"/>
                          </w:divBdr>
                        </w:div>
                        <w:div w:id="107925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445841">
          <w:marLeft w:val="0"/>
          <w:marRight w:val="0"/>
          <w:marTop w:val="0"/>
          <w:marBottom w:val="0"/>
          <w:divBdr>
            <w:top w:val="none" w:sz="0" w:space="0" w:color="auto"/>
            <w:left w:val="none" w:sz="0" w:space="0" w:color="auto"/>
            <w:bottom w:val="none" w:sz="0" w:space="0" w:color="auto"/>
            <w:right w:val="none" w:sz="0" w:space="0" w:color="auto"/>
          </w:divBdr>
          <w:divsChild>
            <w:div w:id="209728553">
              <w:marLeft w:val="0"/>
              <w:marRight w:val="0"/>
              <w:marTop w:val="0"/>
              <w:marBottom w:val="0"/>
              <w:divBdr>
                <w:top w:val="none" w:sz="0" w:space="0" w:color="auto"/>
                <w:left w:val="none" w:sz="0" w:space="0" w:color="auto"/>
                <w:bottom w:val="none" w:sz="0" w:space="0" w:color="auto"/>
                <w:right w:val="none" w:sz="0" w:space="0" w:color="auto"/>
              </w:divBdr>
              <w:divsChild>
                <w:div w:id="1245723990">
                  <w:marLeft w:val="0"/>
                  <w:marRight w:val="0"/>
                  <w:marTop w:val="0"/>
                  <w:marBottom w:val="180"/>
                  <w:divBdr>
                    <w:top w:val="none" w:sz="0" w:space="0" w:color="auto"/>
                    <w:left w:val="none" w:sz="0" w:space="0" w:color="auto"/>
                    <w:bottom w:val="single" w:sz="12" w:space="5" w:color="E9ECEF"/>
                    <w:right w:val="none" w:sz="0" w:space="0" w:color="auto"/>
                  </w:divBdr>
                </w:div>
                <w:div w:id="908735993">
                  <w:marLeft w:val="0"/>
                  <w:marRight w:val="0"/>
                  <w:marTop w:val="0"/>
                  <w:marBottom w:val="180"/>
                  <w:divBdr>
                    <w:top w:val="none" w:sz="0" w:space="0" w:color="auto"/>
                    <w:left w:val="none" w:sz="0" w:space="0" w:color="auto"/>
                    <w:bottom w:val="none" w:sz="0" w:space="0" w:color="auto"/>
                    <w:right w:val="none" w:sz="0" w:space="0" w:color="auto"/>
                  </w:divBdr>
                  <w:divsChild>
                    <w:div w:id="508103664">
                      <w:marLeft w:val="0"/>
                      <w:marRight w:val="0"/>
                      <w:marTop w:val="0"/>
                      <w:marBottom w:val="0"/>
                      <w:divBdr>
                        <w:top w:val="none" w:sz="0" w:space="0" w:color="auto"/>
                        <w:left w:val="none" w:sz="0" w:space="0" w:color="auto"/>
                        <w:bottom w:val="none" w:sz="0" w:space="0" w:color="auto"/>
                        <w:right w:val="none" w:sz="0" w:space="0" w:color="auto"/>
                      </w:divBdr>
                    </w:div>
                    <w:div w:id="2080664235">
                      <w:marLeft w:val="0"/>
                      <w:marRight w:val="0"/>
                      <w:marTop w:val="0"/>
                      <w:marBottom w:val="0"/>
                      <w:divBdr>
                        <w:top w:val="none" w:sz="0" w:space="0" w:color="auto"/>
                        <w:left w:val="none" w:sz="0" w:space="0" w:color="auto"/>
                        <w:bottom w:val="none" w:sz="0" w:space="0" w:color="auto"/>
                        <w:right w:val="none" w:sz="0" w:space="0" w:color="auto"/>
                      </w:divBdr>
                    </w:div>
                    <w:div w:id="1459639560">
                      <w:marLeft w:val="0"/>
                      <w:marRight w:val="0"/>
                      <w:marTop w:val="0"/>
                      <w:marBottom w:val="0"/>
                      <w:divBdr>
                        <w:top w:val="none" w:sz="0" w:space="0" w:color="auto"/>
                        <w:left w:val="none" w:sz="0" w:space="0" w:color="auto"/>
                        <w:bottom w:val="none" w:sz="0" w:space="0" w:color="auto"/>
                        <w:right w:val="none" w:sz="0" w:space="0" w:color="auto"/>
                      </w:divBdr>
                    </w:div>
                  </w:divsChild>
                </w:div>
                <w:div w:id="1986932986">
                  <w:marLeft w:val="0"/>
                  <w:marRight w:val="0"/>
                  <w:marTop w:val="0"/>
                  <w:marBottom w:val="0"/>
                  <w:divBdr>
                    <w:top w:val="none" w:sz="0" w:space="0" w:color="auto"/>
                    <w:left w:val="none" w:sz="0" w:space="0" w:color="auto"/>
                    <w:bottom w:val="none" w:sz="0" w:space="0" w:color="auto"/>
                    <w:right w:val="none" w:sz="0" w:space="0" w:color="auto"/>
                  </w:divBdr>
                  <w:divsChild>
                    <w:div w:id="480804271">
                      <w:marLeft w:val="0"/>
                      <w:marRight w:val="0"/>
                      <w:marTop w:val="0"/>
                      <w:marBottom w:val="0"/>
                      <w:divBdr>
                        <w:top w:val="none" w:sz="0" w:space="0" w:color="auto"/>
                        <w:left w:val="none" w:sz="0" w:space="0" w:color="auto"/>
                        <w:bottom w:val="none" w:sz="0" w:space="0" w:color="auto"/>
                        <w:right w:val="none" w:sz="0" w:space="0" w:color="auto"/>
                      </w:divBdr>
                      <w:divsChild>
                        <w:div w:id="693311872">
                          <w:marLeft w:val="0"/>
                          <w:marRight w:val="0"/>
                          <w:marTop w:val="0"/>
                          <w:marBottom w:val="0"/>
                          <w:divBdr>
                            <w:top w:val="none" w:sz="0" w:space="0" w:color="auto"/>
                            <w:left w:val="none" w:sz="0" w:space="0" w:color="auto"/>
                            <w:bottom w:val="none" w:sz="0" w:space="0" w:color="auto"/>
                            <w:right w:val="none" w:sz="0" w:space="0" w:color="auto"/>
                          </w:divBdr>
                        </w:div>
                        <w:div w:id="1709184129">
                          <w:marLeft w:val="0"/>
                          <w:marRight w:val="0"/>
                          <w:marTop w:val="0"/>
                          <w:marBottom w:val="0"/>
                          <w:divBdr>
                            <w:top w:val="none" w:sz="0" w:space="0" w:color="auto"/>
                            <w:left w:val="none" w:sz="0" w:space="0" w:color="auto"/>
                            <w:bottom w:val="none" w:sz="0" w:space="0" w:color="auto"/>
                            <w:right w:val="none" w:sz="0" w:space="0" w:color="auto"/>
                          </w:divBdr>
                        </w:div>
                      </w:divsChild>
                    </w:div>
                    <w:div w:id="1229997509">
                      <w:marLeft w:val="0"/>
                      <w:marRight w:val="0"/>
                      <w:marTop w:val="0"/>
                      <w:marBottom w:val="0"/>
                      <w:divBdr>
                        <w:top w:val="none" w:sz="0" w:space="0" w:color="auto"/>
                        <w:left w:val="none" w:sz="0" w:space="0" w:color="auto"/>
                        <w:bottom w:val="none" w:sz="0" w:space="0" w:color="auto"/>
                        <w:right w:val="none" w:sz="0" w:space="0" w:color="auto"/>
                      </w:divBdr>
                      <w:divsChild>
                        <w:div w:id="1038357619">
                          <w:marLeft w:val="0"/>
                          <w:marRight w:val="0"/>
                          <w:marTop w:val="0"/>
                          <w:marBottom w:val="0"/>
                          <w:divBdr>
                            <w:top w:val="none" w:sz="0" w:space="0" w:color="auto"/>
                            <w:left w:val="none" w:sz="0" w:space="0" w:color="auto"/>
                            <w:bottom w:val="none" w:sz="0" w:space="0" w:color="auto"/>
                            <w:right w:val="none" w:sz="0" w:space="0" w:color="auto"/>
                          </w:divBdr>
                        </w:div>
                        <w:div w:id="163858722">
                          <w:marLeft w:val="0"/>
                          <w:marRight w:val="0"/>
                          <w:marTop w:val="0"/>
                          <w:marBottom w:val="0"/>
                          <w:divBdr>
                            <w:top w:val="none" w:sz="0" w:space="0" w:color="auto"/>
                            <w:left w:val="none" w:sz="0" w:space="0" w:color="auto"/>
                            <w:bottom w:val="none" w:sz="0" w:space="0" w:color="auto"/>
                            <w:right w:val="none" w:sz="0" w:space="0" w:color="auto"/>
                          </w:divBdr>
                        </w:div>
                      </w:divsChild>
                    </w:div>
                    <w:div w:id="1082798273">
                      <w:marLeft w:val="0"/>
                      <w:marRight w:val="0"/>
                      <w:marTop w:val="0"/>
                      <w:marBottom w:val="0"/>
                      <w:divBdr>
                        <w:top w:val="none" w:sz="0" w:space="0" w:color="auto"/>
                        <w:left w:val="none" w:sz="0" w:space="0" w:color="auto"/>
                        <w:bottom w:val="none" w:sz="0" w:space="0" w:color="auto"/>
                        <w:right w:val="none" w:sz="0" w:space="0" w:color="auto"/>
                      </w:divBdr>
                      <w:divsChild>
                        <w:div w:id="719788021">
                          <w:marLeft w:val="0"/>
                          <w:marRight w:val="0"/>
                          <w:marTop w:val="0"/>
                          <w:marBottom w:val="0"/>
                          <w:divBdr>
                            <w:top w:val="none" w:sz="0" w:space="0" w:color="auto"/>
                            <w:left w:val="none" w:sz="0" w:space="0" w:color="auto"/>
                            <w:bottom w:val="none" w:sz="0" w:space="0" w:color="auto"/>
                            <w:right w:val="none" w:sz="0" w:space="0" w:color="auto"/>
                          </w:divBdr>
                        </w:div>
                        <w:div w:id="7041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076213">
          <w:marLeft w:val="0"/>
          <w:marRight w:val="0"/>
          <w:marTop w:val="0"/>
          <w:marBottom w:val="0"/>
          <w:divBdr>
            <w:top w:val="none" w:sz="0" w:space="0" w:color="auto"/>
            <w:left w:val="none" w:sz="0" w:space="0" w:color="auto"/>
            <w:bottom w:val="none" w:sz="0" w:space="0" w:color="auto"/>
            <w:right w:val="none" w:sz="0" w:space="0" w:color="auto"/>
          </w:divBdr>
          <w:divsChild>
            <w:div w:id="1753745637">
              <w:marLeft w:val="0"/>
              <w:marRight w:val="0"/>
              <w:marTop w:val="0"/>
              <w:marBottom w:val="0"/>
              <w:divBdr>
                <w:top w:val="none" w:sz="0" w:space="0" w:color="auto"/>
                <w:left w:val="none" w:sz="0" w:space="0" w:color="auto"/>
                <w:bottom w:val="none" w:sz="0" w:space="0" w:color="auto"/>
                <w:right w:val="none" w:sz="0" w:space="0" w:color="auto"/>
              </w:divBdr>
              <w:divsChild>
                <w:div w:id="1673876450">
                  <w:marLeft w:val="0"/>
                  <w:marRight w:val="0"/>
                  <w:marTop w:val="0"/>
                  <w:marBottom w:val="180"/>
                  <w:divBdr>
                    <w:top w:val="none" w:sz="0" w:space="0" w:color="auto"/>
                    <w:left w:val="none" w:sz="0" w:space="0" w:color="auto"/>
                    <w:bottom w:val="single" w:sz="12" w:space="5" w:color="E9ECEF"/>
                    <w:right w:val="none" w:sz="0" w:space="0" w:color="auto"/>
                  </w:divBdr>
                </w:div>
                <w:div w:id="210267466">
                  <w:marLeft w:val="0"/>
                  <w:marRight w:val="0"/>
                  <w:marTop w:val="0"/>
                  <w:marBottom w:val="180"/>
                  <w:divBdr>
                    <w:top w:val="none" w:sz="0" w:space="0" w:color="auto"/>
                    <w:left w:val="none" w:sz="0" w:space="0" w:color="auto"/>
                    <w:bottom w:val="none" w:sz="0" w:space="0" w:color="auto"/>
                    <w:right w:val="none" w:sz="0" w:space="0" w:color="auto"/>
                  </w:divBdr>
                  <w:divsChild>
                    <w:div w:id="326984921">
                      <w:marLeft w:val="0"/>
                      <w:marRight w:val="0"/>
                      <w:marTop w:val="0"/>
                      <w:marBottom w:val="0"/>
                      <w:divBdr>
                        <w:top w:val="none" w:sz="0" w:space="0" w:color="auto"/>
                        <w:left w:val="none" w:sz="0" w:space="0" w:color="auto"/>
                        <w:bottom w:val="none" w:sz="0" w:space="0" w:color="auto"/>
                        <w:right w:val="none" w:sz="0" w:space="0" w:color="auto"/>
                      </w:divBdr>
                    </w:div>
                  </w:divsChild>
                </w:div>
                <w:div w:id="202792055">
                  <w:marLeft w:val="0"/>
                  <w:marRight w:val="0"/>
                  <w:marTop w:val="0"/>
                  <w:marBottom w:val="0"/>
                  <w:divBdr>
                    <w:top w:val="none" w:sz="0" w:space="0" w:color="auto"/>
                    <w:left w:val="none" w:sz="0" w:space="0" w:color="auto"/>
                    <w:bottom w:val="none" w:sz="0" w:space="0" w:color="auto"/>
                    <w:right w:val="none" w:sz="0" w:space="0" w:color="auto"/>
                  </w:divBdr>
                  <w:divsChild>
                    <w:div w:id="1749186048">
                      <w:marLeft w:val="0"/>
                      <w:marRight w:val="0"/>
                      <w:marTop w:val="0"/>
                      <w:marBottom w:val="0"/>
                      <w:divBdr>
                        <w:top w:val="none" w:sz="0" w:space="0" w:color="auto"/>
                        <w:left w:val="none" w:sz="0" w:space="0" w:color="auto"/>
                        <w:bottom w:val="none" w:sz="0" w:space="0" w:color="auto"/>
                        <w:right w:val="none" w:sz="0" w:space="0" w:color="auto"/>
                      </w:divBdr>
                      <w:divsChild>
                        <w:div w:id="1591887061">
                          <w:marLeft w:val="0"/>
                          <w:marRight w:val="0"/>
                          <w:marTop w:val="0"/>
                          <w:marBottom w:val="0"/>
                          <w:divBdr>
                            <w:top w:val="none" w:sz="0" w:space="0" w:color="auto"/>
                            <w:left w:val="none" w:sz="0" w:space="0" w:color="auto"/>
                            <w:bottom w:val="none" w:sz="0" w:space="0" w:color="auto"/>
                            <w:right w:val="none" w:sz="0" w:space="0" w:color="auto"/>
                          </w:divBdr>
                        </w:div>
                        <w:div w:id="90630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4840">
          <w:marLeft w:val="0"/>
          <w:marRight w:val="0"/>
          <w:marTop w:val="0"/>
          <w:marBottom w:val="0"/>
          <w:divBdr>
            <w:top w:val="none" w:sz="0" w:space="0" w:color="auto"/>
            <w:left w:val="none" w:sz="0" w:space="0" w:color="auto"/>
            <w:bottom w:val="none" w:sz="0" w:space="0" w:color="auto"/>
            <w:right w:val="none" w:sz="0" w:space="0" w:color="auto"/>
          </w:divBdr>
          <w:divsChild>
            <w:div w:id="1391198384">
              <w:marLeft w:val="0"/>
              <w:marRight w:val="0"/>
              <w:marTop w:val="0"/>
              <w:marBottom w:val="0"/>
              <w:divBdr>
                <w:top w:val="none" w:sz="0" w:space="0" w:color="auto"/>
                <w:left w:val="none" w:sz="0" w:space="0" w:color="auto"/>
                <w:bottom w:val="none" w:sz="0" w:space="0" w:color="auto"/>
                <w:right w:val="none" w:sz="0" w:space="0" w:color="auto"/>
              </w:divBdr>
              <w:divsChild>
                <w:div w:id="816916936">
                  <w:marLeft w:val="0"/>
                  <w:marRight w:val="0"/>
                  <w:marTop w:val="0"/>
                  <w:marBottom w:val="180"/>
                  <w:divBdr>
                    <w:top w:val="none" w:sz="0" w:space="0" w:color="auto"/>
                    <w:left w:val="none" w:sz="0" w:space="0" w:color="auto"/>
                    <w:bottom w:val="single" w:sz="12" w:space="5" w:color="E9ECEF"/>
                    <w:right w:val="none" w:sz="0" w:space="0" w:color="auto"/>
                  </w:divBdr>
                </w:div>
                <w:div w:id="891117024">
                  <w:marLeft w:val="0"/>
                  <w:marRight w:val="0"/>
                  <w:marTop w:val="0"/>
                  <w:marBottom w:val="180"/>
                  <w:divBdr>
                    <w:top w:val="none" w:sz="0" w:space="0" w:color="auto"/>
                    <w:left w:val="none" w:sz="0" w:space="0" w:color="auto"/>
                    <w:bottom w:val="none" w:sz="0" w:space="0" w:color="auto"/>
                    <w:right w:val="none" w:sz="0" w:space="0" w:color="auto"/>
                  </w:divBdr>
                  <w:divsChild>
                    <w:div w:id="1731926006">
                      <w:marLeft w:val="0"/>
                      <w:marRight w:val="0"/>
                      <w:marTop w:val="0"/>
                      <w:marBottom w:val="0"/>
                      <w:divBdr>
                        <w:top w:val="none" w:sz="0" w:space="0" w:color="auto"/>
                        <w:left w:val="none" w:sz="0" w:space="0" w:color="auto"/>
                        <w:bottom w:val="none" w:sz="0" w:space="0" w:color="auto"/>
                        <w:right w:val="none" w:sz="0" w:space="0" w:color="auto"/>
                      </w:divBdr>
                    </w:div>
                  </w:divsChild>
                </w:div>
                <w:div w:id="1015350988">
                  <w:marLeft w:val="0"/>
                  <w:marRight w:val="0"/>
                  <w:marTop w:val="0"/>
                  <w:marBottom w:val="0"/>
                  <w:divBdr>
                    <w:top w:val="none" w:sz="0" w:space="0" w:color="auto"/>
                    <w:left w:val="none" w:sz="0" w:space="0" w:color="auto"/>
                    <w:bottom w:val="none" w:sz="0" w:space="0" w:color="auto"/>
                    <w:right w:val="none" w:sz="0" w:space="0" w:color="auto"/>
                  </w:divBdr>
                  <w:divsChild>
                    <w:div w:id="381365343">
                      <w:marLeft w:val="0"/>
                      <w:marRight w:val="0"/>
                      <w:marTop w:val="0"/>
                      <w:marBottom w:val="0"/>
                      <w:divBdr>
                        <w:top w:val="none" w:sz="0" w:space="0" w:color="auto"/>
                        <w:left w:val="none" w:sz="0" w:space="0" w:color="auto"/>
                        <w:bottom w:val="none" w:sz="0" w:space="0" w:color="auto"/>
                        <w:right w:val="none" w:sz="0" w:space="0" w:color="auto"/>
                      </w:divBdr>
                      <w:divsChild>
                        <w:div w:id="1906909762">
                          <w:marLeft w:val="0"/>
                          <w:marRight w:val="0"/>
                          <w:marTop w:val="0"/>
                          <w:marBottom w:val="0"/>
                          <w:divBdr>
                            <w:top w:val="none" w:sz="0" w:space="0" w:color="auto"/>
                            <w:left w:val="none" w:sz="0" w:space="0" w:color="auto"/>
                            <w:bottom w:val="none" w:sz="0" w:space="0" w:color="auto"/>
                            <w:right w:val="none" w:sz="0" w:space="0" w:color="auto"/>
                          </w:divBdr>
                        </w:div>
                        <w:div w:id="107605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4543422">
      <w:bodyDiv w:val="1"/>
      <w:marLeft w:val="0"/>
      <w:marRight w:val="0"/>
      <w:marTop w:val="0"/>
      <w:marBottom w:val="0"/>
      <w:divBdr>
        <w:top w:val="none" w:sz="0" w:space="0" w:color="auto"/>
        <w:left w:val="none" w:sz="0" w:space="0" w:color="auto"/>
        <w:bottom w:val="none" w:sz="0" w:space="0" w:color="auto"/>
        <w:right w:val="none" w:sz="0" w:space="0" w:color="auto"/>
      </w:divBdr>
      <w:divsChild>
        <w:div w:id="2139645711">
          <w:marLeft w:val="0"/>
          <w:marRight w:val="0"/>
          <w:marTop w:val="0"/>
          <w:marBottom w:val="0"/>
          <w:divBdr>
            <w:top w:val="none" w:sz="0" w:space="0" w:color="auto"/>
            <w:left w:val="none" w:sz="0" w:space="0" w:color="auto"/>
            <w:bottom w:val="none" w:sz="0" w:space="0" w:color="auto"/>
            <w:right w:val="none" w:sz="0" w:space="0" w:color="auto"/>
          </w:divBdr>
          <w:divsChild>
            <w:div w:id="1318337200">
              <w:marLeft w:val="0"/>
              <w:marRight w:val="0"/>
              <w:marTop w:val="0"/>
              <w:marBottom w:val="0"/>
              <w:divBdr>
                <w:top w:val="none" w:sz="0" w:space="0" w:color="auto"/>
                <w:left w:val="none" w:sz="0" w:space="0" w:color="auto"/>
                <w:bottom w:val="none" w:sz="0" w:space="0" w:color="auto"/>
                <w:right w:val="none" w:sz="0" w:space="0" w:color="auto"/>
              </w:divBdr>
              <w:divsChild>
                <w:div w:id="2081248422">
                  <w:marLeft w:val="0"/>
                  <w:marRight w:val="0"/>
                  <w:marTop w:val="0"/>
                  <w:marBottom w:val="180"/>
                  <w:divBdr>
                    <w:top w:val="none" w:sz="0" w:space="0" w:color="auto"/>
                    <w:left w:val="none" w:sz="0" w:space="0" w:color="auto"/>
                    <w:bottom w:val="single" w:sz="12" w:space="5" w:color="E9ECEF"/>
                    <w:right w:val="none" w:sz="0" w:space="0" w:color="auto"/>
                  </w:divBdr>
                </w:div>
                <w:div w:id="1603030175">
                  <w:marLeft w:val="0"/>
                  <w:marRight w:val="0"/>
                  <w:marTop w:val="0"/>
                  <w:marBottom w:val="180"/>
                  <w:divBdr>
                    <w:top w:val="none" w:sz="0" w:space="0" w:color="auto"/>
                    <w:left w:val="none" w:sz="0" w:space="0" w:color="auto"/>
                    <w:bottom w:val="none" w:sz="0" w:space="0" w:color="auto"/>
                    <w:right w:val="none" w:sz="0" w:space="0" w:color="auto"/>
                  </w:divBdr>
                  <w:divsChild>
                    <w:div w:id="180977279">
                      <w:marLeft w:val="0"/>
                      <w:marRight w:val="0"/>
                      <w:marTop w:val="0"/>
                      <w:marBottom w:val="0"/>
                      <w:divBdr>
                        <w:top w:val="none" w:sz="0" w:space="0" w:color="auto"/>
                        <w:left w:val="none" w:sz="0" w:space="0" w:color="auto"/>
                        <w:bottom w:val="none" w:sz="0" w:space="0" w:color="auto"/>
                        <w:right w:val="none" w:sz="0" w:space="0" w:color="auto"/>
                      </w:divBdr>
                    </w:div>
                    <w:div w:id="1958901932">
                      <w:marLeft w:val="0"/>
                      <w:marRight w:val="0"/>
                      <w:marTop w:val="0"/>
                      <w:marBottom w:val="0"/>
                      <w:divBdr>
                        <w:top w:val="none" w:sz="0" w:space="0" w:color="auto"/>
                        <w:left w:val="none" w:sz="0" w:space="0" w:color="auto"/>
                        <w:bottom w:val="none" w:sz="0" w:space="0" w:color="auto"/>
                        <w:right w:val="none" w:sz="0" w:space="0" w:color="auto"/>
                      </w:divBdr>
                    </w:div>
                    <w:div w:id="344483041">
                      <w:marLeft w:val="0"/>
                      <w:marRight w:val="0"/>
                      <w:marTop w:val="0"/>
                      <w:marBottom w:val="0"/>
                      <w:divBdr>
                        <w:top w:val="none" w:sz="0" w:space="0" w:color="auto"/>
                        <w:left w:val="none" w:sz="0" w:space="0" w:color="auto"/>
                        <w:bottom w:val="none" w:sz="0" w:space="0" w:color="auto"/>
                        <w:right w:val="none" w:sz="0" w:space="0" w:color="auto"/>
                      </w:divBdr>
                    </w:div>
                    <w:div w:id="567687512">
                      <w:marLeft w:val="0"/>
                      <w:marRight w:val="0"/>
                      <w:marTop w:val="0"/>
                      <w:marBottom w:val="0"/>
                      <w:divBdr>
                        <w:top w:val="none" w:sz="0" w:space="0" w:color="auto"/>
                        <w:left w:val="none" w:sz="0" w:space="0" w:color="auto"/>
                        <w:bottom w:val="none" w:sz="0" w:space="0" w:color="auto"/>
                        <w:right w:val="none" w:sz="0" w:space="0" w:color="auto"/>
                      </w:divBdr>
                    </w:div>
                    <w:div w:id="2051413990">
                      <w:marLeft w:val="0"/>
                      <w:marRight w:val="0"/>
                      <w:marTop w:val="0"/>
                      <w:marBottom w:val="0"/>
                      <w:divBdr>
                        <w:top w:val="none" w:sz="0" w:space="0" w:color="auto"/>
                        <w:left w:val="none" w:sz="0" w:space="0" w:color="auto"/>
                        <w:bottom w:val="none" w:sz="0" w:space="0" w:color="auto"/>
                        <w:right w:val="none" w:sz="0" w:space="0" w:color="auto"/>
                      </w:divBdr>
                    </w:div>
                  </w:divsChild>
                </w:div>
                <w:div w:id="1982344811">
                  <w:marLeft w:val="0"/>
                  <w:marRight w:val="0"/>
                  <w:marTop w:val="0"/>
                  <w:marBottom w:val="0"/>
                  <w:divBdr>
                    <w:top w:val="none" w:sz="0" w:space="0" w:color="auto"/>
                    <w:left w:val="none" w:sz="0" w:space="0" w:color="auto"/>
                    <w:bottom w:val="none" w:sz="0" w:space="0" w:color="auto"/>
                    <w:right w:val="none" w:sz="0" w:space="0" w:color="auto"/>
                  </w:divBdr>
                  <w:divsChild>
                    <w:div w:id="81609857">
                      <w:marLeft w:val="0"/>
                      <w:marRight w:val="0"/>
                      <w:marTop w:val="0"/>
                      <w:marBottom w:val="0"/>
                      <w:divBdr>
                        <w:top w:val="none" w:sz="0" w:space="0" w:color="auto"/>
                        <w:left w:val="none" w:sz="0" w:space="0" w:color="auto"/>
                        <w:bottom w:val="none" w:sz="0" w:space="0" w:color="auto"/>
                        <w:right w:val="none" w:sz="0" w:space="0" w:color="auto"/>
                      </w:divBdr>
                      <w:divsChild>
                        <w:div w:id="112867768">
                          <w:marLeft w:val="0"/>
                          <w:marRight w:val="0"/>
                          <w:marTop w:val="0"/>
                          <w:marBottom w:val="0"/>
                          <w:divBdr>
                            <w:top w:val="none" w:sz="0" w:space="0" w:color="auto"/>
                            <w:left w:val="none" w:sz="0" w:space="0" w:color="auto"/>
                            <w:bottom w:val="none" w:sz="0" w:space="0" w:color="auto"/>
                            <w:right w:val="none" w:sz="0" w:space="0" w:color="auto"/>
                          </w:divBdr>
                        </w:div>
                        <w:div w:id="1488402846">
                          <w:marLeft w:val="0"/>
                          <w:marRight w:val="0"/>
                          <w:marTop w:val="0"/>
                          <w:marBottom w:val="0"/>
                          <w:divBdr>
                            <w:top w:val="none" w:sz="0" w:space="0" w:color="auto"/>
                            <w:left w:val="none" w:sz="0" w:space="0" w:color="auto"/>
                            <w:bottom w:val="none" w:sz="0" w:space="0" w:color="auto"/>
                            <w:right w:val="none" w:sz="0" w:space="0" w:color="auto"/>
                          </w:divBdr>
                        </w:div>
                      </w:divsChild>
                    </w:div>
                    <w:div w:id="494497655">
                      <w:marLeft w:val="0"/>
                      <w:marRight w:val="0"/>
                      <w:marTop w:val="0"/>
                      <w:marBottom w:val="0"/>
                      <w:divBdr>
                        <w:top w:val="none" w:sz="0" w:space="0" w:color="auto"/>
                        <w:left w:val="none" w:sz="0" w:space="0" w:color="auto"/>
                        <w:bottom w:val="none" w:sz="0" w:space="0" w:color="auto"/>
                        <w:right w:val="none" w:sz="0" w:space="0" w:color="auto"/>
                      </w:divBdr>
                      <w:divsChild>
                        <w:div w:id="365301294">
                          <w:marLeft w:val="0"/>
                          <w:marRight w:val="0"/>
                          <w:marTop w:val="0"/>
                          <w:marBottom w:val="0"/>
                          <w:divBdr>
                            <w:top w:val="none" w:sz="0" w:space="0" w:color="auto"/>
                            <w:left w:val="none" w:sz="0" w:space="0" w:color="auto"/>
                            <w:bottom w:val="none" w:sz="0" w:space="0" w:color="auto"/>
                            <w:right w:val="none" w:sz="0" w:space="0" w:color="auto"/>
                          </w:divBdr>
                        </w:div>
                        <w:div w:id="202450524">
                          <w:marLeft w:val="0"/>
                          <w:marRight w:val="0"/>
                          <w:marTop w:val="0"/>
                          <w:marBottom w:val="0"/>
                          <w:divBdr>
                            <w:top w:val="none" w:sz="0" w:space="0" w:color="auto"/>
                            <w:left w:val="none" w:sz="0" w:space="0" w:color="auto"/>
                            <w:bottom w:val="none" w:sz="0" w:space="0" w:color="auto"/>
                            <w:right w:val="none" w:sz="0" w:space="0" w:color="auto"/>
                          </w:divBdr>
                        </w:div>
                      </w:divsChild>
                    </w:div>
                    <w:div w:id="1649282074">
                      <w:marLeft w:val="0"/>
                      <w:marRight w:val="0"/>
                      <w:marTop w:val="0"/>
                      <w:marBottom w:val="0"/>
                      <w:divBdr>
                        <w:top w:val="none" w:sz="0" w:space="0" w:color="auto"/>
                        <w:left w:val="none" w:sz="0" w:space="0" w:color="auto"/>
                        <w:bottom w:val="none" w:sz="0" w:space="0" w:color="auto"/>
                        <w:right w:val="none" w:sz="0" w:space="0" w:color="auto"/>
                      </w:divBdr>
                      <w:divsChild>
                        <w:div w:id="1095663349">
                          <w:marLeft w:val="0"/>
                          <w:marRight w:val="0"/>
                          <w:marTop w:val="0"/>
                          <w:marBottom w:val="0"/>
                          <w:divBdr>
                            <w:top w:val="none" w:sz="0" w:space="0" w:color="auto"/>
                            <w:left w:val="none" w:sz="0" w:space="0" w:color="auto"/>
                            <w:bottom w:val="none" w:sz="0" w:space="0" w:color="auto"/>
                            <w:right w:val="none" w:sz="0" w:space="0" w:color="auto"/>
                          </w:divBdr>
                        </w:div>
                        <w:div w:id="1015764290">
                          <w:marLeft w:val="0"/>
                          <w:marRight w:val="0"/>
                          <w:marTop w:val="0"/>
                          <w:marBottom w:val="0"/>
                          <w:divBdr>
                            <w:top w:val="none" w:sz="0" w:space="0" w:color="auto"/>
                            <w:left w:val="none" w:sz="0" w:space="0" w:color="auto"/>
                            <w:bottom w:val="none" w:sz="0" w:space="0" w:color="auto"/>
                            <w:right w:val="none" w:sz="0" w:space="0" w:color="auto"/>
                          </w:divBdr>
                        </w:div>
                      </w:divsChild>
                    </w:div>
                    <w:div w:id="1739667824">
                      <w:marLeft w:val="0"/>
                      <w:marRight w:val="0"/>
                      <w:marTop w:val="0"/>
                      <w:marBottom w:val="0"/>
                      <w:divBdr>
                        <w:top w:val="none" w:sz="0" w:space="0" w:color="auto"/>
                        <w:left w:val="none" w:sz="0" w:space="0" w:color="auto"/>
                        <w:bottom w:val="none" w:sz="0" w:space="0" w:color="auto"/>
                        <w:right w:val="none" w:sz="0" w:space="0" w:color="auto"/>
                      </w:divBdr>
                      <w:divsChild>
                        <w:div w:id="1063218615">
                          <w:marLeft w:val="0"/>
                          <w:marRight w:val="0"/>
                          <w:marTop w:val="0"/>
                          <w:marBottom w:val="0"/>
                          <w:divBdr>
                            <w:top w:val="none" w:sz="0" w:space="0" w:color="auto"/>
                            <w:left w:val="none" w:sz="0" w:space="0" w:color="auto"/>
                            <w:bottom w:val="none" w:sz="0" w:space="0" w:color="auto"/>
                            <w:right w:val="none" w:sz="0" w:space="0" w:color="auto"/>
                          </w:divBdr>
                        </w:div>
                        <w:div w:id="1001082851">
                          <w:marLeft w:val="0"/>
                          <w:marRight w:val="0"/>
                          <w:marTop w:val="0"/>
                          <w:marBottom w:val="0"/>
                          <w:divBdr>
                            <w:top w:val="none" w:sz="0" w:space="0" w:color="auto"/>
                            <w:left w:val="none" w:sz="0" w:space="0" w:color="auto"/>
                            <w:bottom w:val="none" w:sz="0" w:space="0" w:color="auto"/>
                            <w:right w:val="none" w:sz="0" w:space="0" w:color="auto"/>
                          </w:divBdr>
                        </w:div>
                      </w:divsChild>
                    </w:div>
                    <w:div w:id="1833763773">
                      <w:marLeft w:val="0"/>
                      <w:marRight w:val="0"/>
                      <w:marTop w:val="0"/>
                      <w:marBottom w:val="0"/>
                      <w:divBdr>
                        <w:top w:val="none" w:sz="0" w:space="0" w:color="auto"/>
                        <w:left w:val="none" w:sz="0" w:space="0" w:color="auto"/>
                        <w:bottom w:val="none" w:sz="0" w:space="0" w:color="auto"/>
                        <w:right w:val="none" w:sz="0" w:space="0" w:color="auto"/>
                      </w:divBdr>
                      <w:divsChild>
                        <w:div w:id="150413088">
                          <w:marLeft w:val="0"/>
                          <w:marRight w:val="0"/>
                          <w:marTop w:val="0"/>
                          <w:marBottom w:val="0"/>
                          <w:divBdr>
                            <w:top w:val="none" w:sz="0" w:space="0" w:color="auto"/>
                            <w:left w:val="none" w:sz="0" w:space="0" w:color="auto"/>
                            <w:bottom w:val="none" w:sz="0" w:space="0" w:color="auto"/>
                            <w:right w:val="none" w:sz="0" w:space="0" w:color="auto"/>
                          </w:divBdr>
                        </w:div>
                        <w:div w:id="35280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78794">
          <w:marLeft w:val="0"/>
          <w:marRight w:val="0"/>
          <w:marTop w:val="0"/>
          <w:marBottom w:val="0"/>
          <w:divBdr>
            <w:top w:val="none" w:sz="0" w:space="0" w:color="auto"/>
            <w:left w:val="none" w:sz="0" w:space="0" w:color="auto"/>
            <w:bottom w:val="none" w:sz="0" w:space="0" w:color="auto"/>
            <w:right w:val="none" w:sz="0" w:space="0" w:color="auto"/>
          </w:divBdr>
          <w:divsChild>
            <w:div w:id="1399013681">
              <w:marLeft w:val="0"/>
              <w:marRight w:val="0"/>
              <w:marTop w:val="0"/>
              <w:marBottom w:val="0"/>
              <w:divBdr>
                <w:top w:val="none" w:sz="0" w:space="0" w:color="auto"/>
                <w:left w:val="none" w:sz="0" w:space="0" w:color="auto"/>
                <w:bottom w:val="none" w:sz="0" w:space="0" w:color="auto"/>
                <w:right w:val="none" w:sz="0" w:space="0" w:color="auto"/>
              </w:divBdr>
              <w:divsChild>
                <w:div w:id="1291668821">
                  <w:marLeft w:val="0"/>
                  <w:marRight w:val="0"/>
                  <w:marTop w:val="0"/>
                  <w:marBottom w:val="180"/>
                  <w:divBdr>
                    <w:top w:val="none" w:sz="0" w:space="0" w:color="auto"/>
                    <w:left w:val="none" w:sz="0" w:space="0" w:color="auto"/>
                    <w:bottom w:val="single" w:sz="12" w:space="5" w:color="E9ECEF"/>
                    <w:right w:val="none" w:sz="0" w:space="0" w:color="auto"/>
                  </w:divBdr>
                </w:div>
                <w:div w:id="2129275317">
                  <w:marLeft w:val="0"/>
                  <w:marRight w:val="0"/>
                  <w:marTop w:val="0"/>
                  <w:marBottom w:val="180"/>
                  <w:divBdr>
                    <w:top w:val="none" w:sz="0" w:space="0" w:color="auto"/>
                    <w:left w:val="none" w:sz="0" w:space="0" w:color="auto"/>
                    <w:bottom w:val="none" w:sz="0" w:space="0" w:color="auto"/>
                    <w:right w:val="none" w:sz="0" w:space="0" w:color="auto"/>
                  </w:divBdr>
                  <w:divsChild>
                    <w:div w:id="1604535456">
                      <w:marLeft w:val="0"/>
                      <w:marRight w:val="0"/>
                      <w:marTop w:val="0"/>
                      <w:marBottom w:val="0"/>
                      <w:divBdr>
                        <w:top w:val="none" w:sz="0" w:space="0" w:color="auto"/>
                        <w:left w:val="none" w:sz="0" w:space="0" w:color="auto"/>
                        <w:bottom w:val="none" w:sz="0" w:space="0" w:color="auto"/>
                        <w:right w:val="none" w:sz="0" w:space="0" w:color="auto"/>
                      </w:divBdr>
                    </w:div>
                    <w:div w:id="1169638352">
                      <w:marLeft w:val="0"/>
                      <w:marRight w:val="0"/>
                      <w:marTop w:val="0"/>
                      <w:marBottom w:val="0"/>
                      <w:divBdr>
                        <w:top w:val="none" w:sz="0" w:space="0" w:color="auto"/>
                        <w:left w:val="none" w:sz="0" w:space="0" w:color="auto"/>
                        <w:bottom w:val="none" w:sz="0" w:space="0" w:color="auto"/>
                        <w:right w:val="none" w:sz="0" w:space="0" w:color="auto"/>
                      </w:divBdr>
                    </w:div>
                    <w:div w:id="430854681">
                      <w:marLeft w:val="0"/>
                      <w:marRight w:val="0"/>
                      <w:marTop w:val="0"/>
                      <w:marBottom w:val="0"/>
                      <w:divBdr>
                        <w:top w:val="none" w:sz="0" w:space="0" w:color="auto"/>
                        <w:left w:val="none" w:sz="0" w:space="0" w:color="auto"/>
                        <w:bottom w:val="none" w:sz="0" w:space="0" w:color="auto"/>
                        <w:right w:val="none" w:sz="0" w:space="0" w:color="auto"/>
                      </w:divBdr>
                    </w:div>
                    <w:div w:id="459886201">
                      <w:marLeft w:val="0"/>
                      <w:marRight w:val="0"/>
                      <w:marTop w:val="0"/>
                      <w:marBottom w:val="0"/>
                      <w:divBdr>
                        <w:top w:val="none" w:sz="0" w:space="0" w:color="auto"/>
                        <w:left w:val="none" w:sz="0" w:space="0" w:color="auto"/>
                        <w:bottom w:val="none" w:sz="0" w:space="0" w:color="auto"/>
                        <w:right w:val="none" w:sz="0" w:space="0" w:color="auto"/>
                      </w:divBdr>
                    </w:div>
                    <w:div w:id="607322786">
                      <w:marLeft w:val="0"/>
                      <w:marRight w:val="0"/>
                      <w:marTop w:val="0"/>
                      <w:marBottom w:val="0"/>
                      <w:divBdr>
                        <w:top w:val="none" w:sz="0" w:space="0" w:color="auto"/>
                        <w:left w:val="none" w:sz="0" w:space="0" w:color="auto"/>
                        <w:bottom w:val="none" w:sz="0" w:space="0" w:color="auto"/>
                        <w:right w:val="none" w:sz="0" w:space="0" w:color="auto"/>
                      </w:divBdr>
                    </w:div>
                    <w:div w:id="236716215">
                      <w:marLeft w:val="0"/>
                      <w:marRight w:val="0"/>
                      <w:marTop w:val="0"/>
                      <w:marBottom w:val="0"/>
                      <w:divBdr>
                        <w:top w:val="none" w:sz="0" w:space="0" w:color="auto"/>
                        <w:left w:val="none" w:sz="0" w:space="0" w:color="auto"/>
                        <w:bottom w:val="none" w:sz="0" w:space="0" w:color="auto"/>
                        <w:right w:val="none" w:sz="0" w:space="0" w:color="auto"/>
                      </w:divBdr>
                    </w:div>
                  </w:divsChild>
                </w:div>
                <w:div w:id="1795631636">
                  <w:marLeft w:val="0"/>
                  <w:marRight w:val="0"/>
                  <w:marTop w:val="0"/>
                  <w:marBottom w:val="0"/>
                  <w:divBdr>
                    <w:top w:val="none" w:sz="0" w:space="0" w:color="auto"/>
                    <w:left w:val="none" w:sz="0" w:space="0" w:color="auto"/>
                    <w:bottom w:val="none" w:sz="0" w:space="0" w:color="auto"/>
                    <w:right w:val="none" w:sz="0" w:space="0" w:color="auto"/>
                  </w:divBdr>
                  <w:divsChild>
                    <w:div w:id="1184128244">
                      <w:marLeft w:val="0"/>
                      <w:marRight w:val="0"/>
                      <w:marTop w:val="0"/>
                      <w:marBottom w:val="0"/>
                      <w:divBdr>
                        <w:top w:val="none" w:sz="0" w:space="0" w:color="auto"/>
                        <w:left w:val="none" w:sz="0" w:space="0" w:color="auto"/>
                        <w:bottom w:val="none" w:sz="0" w:space="0" w:color="auto"/>
                        <w:right w:val="none" w:sz="0" w:space="0" w:color="auto"/>
                      </w:divBdr>
                      <w:divsChild>
                        <w:div w:id="552811387">
                          <w:marLeft w:val="0"/>
                          <w:marRight w:val="0"/>
                          <w:marTop w:val="0"/>
                          <w:marBottom w:val="0"/>
                          <w:divBdr>
                            <w:top w:val="none" w:sz="0" w:space="0" w:color="auto"/>
                            <w:left w:val="none" w:sz="0" w:space="0" w:color="auto"/>
                            <w:bottom w:val="none" w:sz="0" w:space="0" w:color="auto"/>
                            <w:right w:val="none" w:sz="0" w:space="0" w:color="auto"/>
                          </w:divBdr>
                        </w:div>
                        <w:div w:id="1800030578">
                          <w:marLeft w:val="0"/>
                          <w:marRight w:val="0"/>
                          <w:marTop w:val="0"/>
                          <w:marBottom w:val="0"/>
                          <w:divBdr>
                            <w:top w:val="none" w:sz="0" w:space="0" w:color="auto"/>
                            <w:left w:val="none" w:sz="0" w:space="0" w:color="auto"/>
                            <w:bottom w:val="none" w:sz="0" w:space="0" w:color="auto"/>
                            <w:right w:val="none" w:sz="0" w:space="0" w:color="auto"/>
                          </w:divBdr>
                        </w:div>
                      </w:divsChild>
                    </w:div>
                    <w:div w:id="180971794">
                      <w:marLeft w:val="0"/>
                      <w:marRight w:val="0"/>
                      <w:marTop w:val="0"/>
                      <w:marBottom w:val="0"/>
                      <w:divBdr>
                        <w:top w:val="none" w:sz="0" w:space="0" w:color="auto"/>
                        <w:left w:val="none" w:sz="0" w:space="0" w:color="auto"/>
                        <w:bottom w:val="none" w:sz="0" w:space="0" w:color="auto"/>
                        <w:right w:val="none" w:sz="0" w:space="0" w:color="auto"/>
                      </w:divBdr>
                      <w:divsChild>
                        <w:div w:id="597951648">
                          <w:marLeft w:val="0"/>
                          <w:marRight w:val="0"/>
                          <w:marTop w:val="0"/>
                          <w:marBottom w:val="0"/>
                          <w:divBdr>
                            <w:top w:val="none" w:sz="0" w:space="0" w:color="auto"/>
                            <w:left w:val="none" w:sz="0" w:space="0" w:color="auto"/>
                            <w:bottom w:val="none" w:sz="0" w:space="0" w:color="auto"/>
                            <w:right w:val="none" w:sz="0" w:space="0" w:color="auto"/>
                          </w:divBdr>
                        </w:div>
                        <w:div w:id="1753508765">
                          <w:marLeft w:val="0"/>
                          <w:marRight w:val="0"/>
                          <w:marTop w:val="0"/>
                          <w:marBottom w:val="0"/>
                          <w:divBdr>
                            <w:top w:val="none" w:sz="0" w:space="0" w:color="auto"/>
                            <w:left w:val="none" w:sz="0" w:space="0" w:color="auto"/>
                            <w:bottom w:val="none" w:sz="0" w:space="0" w:color="auto"/>
                            <w:right w:val="none" w:sz="0" w:space="0" w:color="auto"/>
                          </w:divBdr>
                        </w:div>
                      </w:divsChild>
                    </w:div>
                    <w:div w:id="453711941">
                      <w:marLeft w:val="0"/>
                      <w:marRight w:val="0"/>
                      <w:marTop w:val="0"/>
                      <w:marBottom w:val="0"/>
                      <w:divBdr>
                        <w:top w:val="none" w:sz="0" w:space="0" w:color="auto"/>
                        <w:left w:val="none" w:sz="0" w:space="0" w:color="auto"/>
                        <w:bottom w:val="none" w:sz="0" w:space="0" w:color="auto"/>
                        <w:right w:val="none" w:sz="0" w:space="0" w:color="auto"/>
                      </w:divBdr>
                      <w:divsChild>
                        <w:div w:id="181667892">
                          <w:marLeft w:val="0"/>
                          <w:marRight w:val="0"/>
                          <w:marTop w:val="0"/>
                          <w:marBottom w:val="0"/>
                          <w:divBdr>
                            <w:top w:val="none" w:sz="0" w:space="0" w:color="auto"/>
                            <w:left w:val="none" w:sz="0" w:space="0" w:color="auto"/>
                            <w:bottom w:val="none" w:sz="0" w:space="0" w:color="auto"/>
                            <w:right w:val="none" w:sz="0" w:space="0" w:color="auto"/>
                          </w:divBdr>
                        </w:div>
                        <w:div w:id="1250232141">
                          <w:marLeft w:val="0"/>
                          <w:marRight w:val="0"/>
                          <w:marTop w:val="0"/>
                          <w:marBottom w:val="0"/>
                          <w:divBdr>
                            <w:top w:val="none" w:sz="0" w:space="0" w:color="auto"/>
                            <w:left w:val="none" w:sz="0" w:space="0" w:color="auto"/>
                            <w:bottom w:val="none" w:sz="0" w:space="0" w:color="auto"/>
                            <w:right w:val="none" w:sz="0" w:space="0" w:color="auto"/>
                          </w:divBdr>
                        </w:div>
                      </w:divsChild>
                    </w:div>
                    <w:div w:id="1401320005">
                      <w:marLeft w:val="0"/>
                      <w:marRight w:val="0"/>
                      <w:marTop w:val="0"/>
                      <w:marBottom w:val="0"/>
                      <w:divBdr>
                        <w:top w:val="none" w:sz="0" w:space="0" w:color="auto"/>
                        <w:left w:val="none" w:sz="0" w:space="0" w:color="auto"/>
                        <w:bottom w:val="none" w:sz="0" w:space="0" w:color="auto"/>
                        <w:right w:val="none" w:sz="0" w:space="0" w:color="auto"/>
                      </w:divBdr>
                      <w:divsChild>
                        <w:div w:id="345443780">
                          <w:marLeft w:val="0"/>
                          <w:marRight w:val="0"/>
                          <w:marTop w:val="0"/>
                          <w:marBottom w:val="0"/>
                          <w:divBdr>
                            <w:top w:val="none" w:sz="0" w:space="0" w:color="auto"/>
                            <w:left w:val="none" w:sz="0" w:space="0" w:color="auto"/>
                            <w:bottom w:val="none" w:sz="0" w:space="0" w:color="auto"/>
                            <w:right w:val="none" w:sz="0" w:space="0" w:color="auto"/>
                          </w:divBdr>
                        </w:div>
                        <w:div w:id="5860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277987">
          <w:marLeft w:val="0"/>
          <w:marRight w:val="0"/>
          <w:marTop w:val="0"/>
          <w:marBottom w:val="0"/>
          <w:divBdr>
            <w:top w:val="none" w:sz="0" w:space="0" w:color="auto"/>
            <w:left w:val="none" w:sz="0" w:space="0" w:color="auto"/>
            <w:bottom w:val="none" w:sz="0" w:space="0" w:color="auto"/>
            <w:right w:val="none" w:sz="0" w:space="0" w:color="auto"/>
          </w:divBdr>
          <w:divsChild>
            <w:div w:id="159471824">
              <w:marLeft w:val="0"/>
              <w:marRight w:val="0"/>
              <w:marTop w:val="0"/>
              <w:marBottom w:val="0"/>
              <w:divBdr>
                <w:top w:val="none" w:sz="0" w:space="0" w:color="auto"/>
                <w:left w:val="none" w:sz="0" w:space="0" w:color="auto"/>
                <w:bottom w:val="none" w:sz="0" w:space="0" w:color="auto"/>
                <w:right w:val="none" w:sz="0" w:space="0" w:color="auto"/>
              </w:divBdr>
              <w:divsChild>
                <w:div w:id="1839880769">
                  <w:marLeft w:val="0"/>
                  <w:marRight w:val="0"/>
                  <w:marTop w:val="0"/>
                  <w:marBottom w:val="180"/>
                  <w:divBdr>
                    <w:top w:val="none" w:sz="0" w:space="0" w:color="auto"/>
                    <w:left w:val="none" w:sz="0" w:space="0" w:color="auto"/>
                    <w:bottom w:val="single" w:sz="12" w:space="5" w:color="E9ECEF"/>
                    <w:right w:val="none" w:sz="0" w:space="0" w:color="auto"/>
                  </w:divBdr>
                </w:div>
                <w:div w:id="937179115">
                  <w:marLeft w:val="0"/>
                  <w:marRight w:val="0"/>
                  <w:marTop w:val="0"/>
                  <w:marBottom w:val="180"/>
                  <w:divBdr>
                    <w:top w:val="none" w:sz="0" w:space="0" w:color="auto"/>
                    <w:left w:val="none" w:sz="0" w:space="0" w:color="auto"/>
                    <w:bottom w:val="none" w:sz="0" w:space="0" w:color="auto"/>
                    <w:right w:val="none" w:sz="0" w:space="0" w:color="auto"/>
                  </w:divBdr>
                  <w:divsChild>
                    <w:div w:id="70323801">
                      <w:marLeft w:val="0"/>
                      <w:marRight w:val="0"/>
                      <w:marTop w:val="0"/>
                      <w:marBottom w:val="0"/>
                      <w:divBdr>
                        <w:top w:val="none" w:sz="0" w:space="0" w:color="auto"/>
                        <w:left w:val="none" w:sz="0" w:space="0" w:color="auto"/>
                        <w:bottom w:val="none" w:sz="0" w:space="0" w:color="auto"/>
                        <w:right w:val="none" w:sz="0" w:space="0" w:color="auto"/>
                      </w:divBdr>
                    </w:div>
                    <w:div w:id="1704327">
                      <w:marLeft w:val="0"/>
                      <w:marRight w:val="0"/>
                      <w:marTop w:val="0"/>
                      <w:marBottom w:val="0"/>
                      <w:divBdr>
                        <w:top w:val="none" w:sz="0" w:space="0" w:color="auto"/>
                        <w:left w:val="none" w:sz="0" w:space="0" w:color="auto"/>
                        <w:bottom w:val="none" w:sz="0" w:space="0" w:color="auto"/>
                        <w:right w:val="none" w:sz="0" w:space="0" w:color="auto"/>
                      </w:divBdr>
                    </w:div>
                    <w:div w:id="581572514">
                      <w:marLeft w:val="0"/>
                      <w:marRight w:val="0"/>
                      <w:marTop w:val="0"/>
                      <w:marBottom w:val="0"/>
                      <w:divBdr>
                        <w:top w:val="none" w:sz="0" w:space="0" w:color="auto"/>
                        <w:left w:val="none" w:sz="0" w:space="0" w:color="auto"/>
                        <w:bottom w:val="none" w:sz="0" w:space="0" w:color="auto"/>
                        <w:right w:val="none" w:sz="0" w:space="0" w:color="auto"/>
                      </w:divBdr>
                    </w:div>
                  </w:divsChild>
                </w:div>
                <w:div w:id="1171333823">
                  <w:marLeft w:val="0"/>
                  <w:marRight w:val="0"/>
                  <w:marTop w:val="0"/>
                  <w:marBottom w:val="0"/>
                  <w:divBdr>
                    <w:top w:val="none" w:sz="0" w:space="0" w:color="auto"/>
                    <w:left w:val="none" w:sz="0" w:space="0" w:color="auto"/>
                    <w:bottom w:val="none" w:sz="0" w:space="0" w:color="auto"/>
                    <w:right w:val="none" w:sz="0" w:space="0" w:color="auto"/>
                  </w:divBdr>
                  <w:divsChild>
                    <w:div w:id="288977150">
                      <w:marLeft w:val="0"/>
                      <w:marRight w:val="0"/>
                      <w:marTop w:val="0"/>
                      <w:marBottom w:val="0"/>
                      <w:divBdr>
                        <w:top w:val="none" w:sz="0" w:space="0" w:color="auto"/>
                        <w:left w:val="none" w:sz="0" w:space="0" w:color="auto"/>
                        <w:bottom w:val="none" w:sz="0" w:space="0" w:color="auto"/>
                        <w:right w:val="none" w:sz="0" w:space="0" w:color="auto"/>
                      </w:divBdr>
                      <w:divsChild>
                        <w:div w:id="1450513688">
                          <w:marLeft w:val="0"/>
                          <w:marRight w:val="0"/>
                          <w:marTop w:val="0"/>
                          <w:marBottom w:val="0"/>
                          <w:divBdr>
                            <w:top w:val="none" w:sz="0" w:space="0" w:color="auto"/>
                            <w:left w:val="none" w:sz="0" w:space="0" w:color="auto"/>
                            <w:bottom w:val="none" w:sz="0" w:space="0" w:color="auto"/>
                            <w:right w:val="none" w:sz="0" w:space="0" w:color="auto"/>
                          </w:divBdr>
                        </w:div>
                        <w:div w:id="1465198168">
                          <w:marLeft w:val="0"/>
                          <w:marRight w:val="0"/>
                          <w:marTop w:val="0"/>
                          <w:marBottom w:val="0"/>
                          <w:divBdr>
                            <w:top w:val="none" w:sz="0" w:space="0" w:color="auto"/>
                            <w:left w:val="none" w:sz="0" w:space="0" w:color="auto"/>
                            <w:bottom w:val="none" w:sz="0" w:space="0" w:color="auto"/>
                            <w:right w:val="none" w:sz="0" w:space="0" w:color="auto"/>
                          </w:divBdr>
                        </w:div>
                      </w:divsChild>
                    </w:div>
                    <w:div w:id="1020666619">
                      <w:marLeft w:val="0"/>
                      <w:marRight w:val="0"/>
                      <w:marTop w:val="0"/>
                      <w:marBottom w:val="0"/>
                      <w:divBdr>
                        <w:top w:val="none" w:sz="0" w:space="0" w:color="auto"/>
                        <w:left w:val="none" w:sz="0" w:space="0" w:color="auto"/>
                        <w:bottom w:val="none" w:sz="0" w:space="0" w:color="auto"/>
                        <w:right w:val="none" w:sz="0" w:space="0" w:color="auto"/>
                      </w:divBdr>
                      <w:divsChild>
                        <w:div w:id="2072188236">
                          <w:marLeft w:val="0"/>
                          <w:marRight w:val="0"/>
                          <w:marTop w:val="0"/>
                          <w:marBottom w:val="0"/>
                          <w:divBdr>
                            <w:top w:val="none" w:sz="0" w:space="0" w:color="auto"/>
                            <w:left w:val="none" w:sz="0" w:space="0" w:color="auto"/>
                            <w:bottom w:val="none" w:sz="0" w:space="0" w:color="auto"/>
                            <w:right w:val="none" w:sz="0" w:space="0" w:color="auto"/>
                          </w:divBdr>
                        </w:div>
                        <w:div w:id="394474264">
                          <w:marLeft w:val="0"/>
                          <w:marRight w:val="0"/>
                          <w:marTop w:val="0"/>
                          <w:marBottom w:val="0"/>
                          <w:divBdr>
                            <w:top w:val="none" w:sz="0" w:space="0" w:color="auto"/>
                            <w:left w:val="none" w:sz="0" w:space="0" w:color="auto"/>
                            <w:bottom w:val="none" w:sz="0" w:space="0" w:color="auto"/>
                            <w:right w:val="none" w:sz="0" w:space="0" w:color="auto"/>
                          </w:divBdr>
                        </w:div>
                      </w:divsChild>
                    </w:div>
                    <w:div w:id="965892421">
                      <w:marLeft w:val="0"/>
                      <w:marRight w:val="0"/>
                      <w:marTop w:val="0"/>
                      <w:marBottom w:val="0"/>
                      <w:divBdr>
                        <w:top w:val="none" w:sz="0" w:space="0" w:color="auto"/>
                        <w:left w:val="none" w:sz="0" w:space="0" w:color="auto"/>
                        <w:bottom w:val="none" w:sz="0" w:space="0" w:color="auto"/>
                        <w:right w:val="none" w:sz="0" w:space="0" w:color="auto"/>
                      </w:divBdr>
                      <w:divsChild>
                        <w:div w:id="89274497">
                          <w:marLeft w:val="0"/>
                          <w:marRight w:val="0"/>
                          <w:marTop w:val="0"/>
                          <w:marBottom w:val="0"/>
                          <w:divBdr>
                            <w:top w:val="none" w:sz="0" w:space="0" w:color="auto"/>
                            <w:left w:val="none" w:sz="0" w:space="0" w:color="auto"/>
                            <w:bottom w:val="none" w:sz="0" w:space="0" w:color="auto"/>
                            <w:right w:val="none" w:sz="0" w:space="0" w:color="auto"/>
                          </w:divBdr>
                        </w:div>
                        <w:div w:id="145328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919389">
          <w:marLeft w:val="0"/>
          <w:marRight w:val="0"/>
          <w:marTop w:val="0"/>
          <w:marBottom w:val="0"/>
          <w:divBdr>
            <w:top w:val="none" w:sz="0" w:space="0" w:color="auto"/>
            <w:left w:val="none" w:sz="0" w:space="0" w:color="auto"/>
            <w:bottom w:val="none" w:sz="0" w:space="0" w:color="auto"/>
            <w:right w:val="none" w:sz="0" w:space="0" w:color="auto"/>
          </w:divBdr>
          <w:divsChild>
            <w:div w:id="1591233207">
              <w:marLeft w:val="0"/>
              <w:marRight w:val="0"/>
              <w:marTop w:val="0"/>
              <w:marBottom w:val="0"/>
              <w:divBdr>
                <w:top w:val="none" w:sz="0" w:space="0" w:color="auto"/>
                <w:left w:val="none" w:sz="0" w:space="0" w:color="auto"/>
                <w:bottom w:val="none" w:sz="0" w:space="0" w:color="auto"/>
                <w:right w:val="none" w:sz="0" w:space="0" w:color="auto"/>
              </w:divBdr>
              <w:divsChild>
                <w:div w:id="759717391">
                  <w:marLeft w:val="0"/>
                  <w:marRight w:val="0"/>
                  <w:marTop w:val="0"/>
                  <w:marBottom w:val="180"/>
                  <w:divBdr>
                    <w:top w:val="none" w:sz="0" w:space="0" w:color="auto"/>
                    <w:left w:val="none" w:sz="0" w:space="0" w:color="auto"/>
                    <w:bottom w:val="single" w:sz="12" w:space="5" w:color="E9ECEF"/>
                    <w:right w:val="none" w:sz="0" w:space="0" w:color="auto"/>
                  </w:divBdr>
                </w:div>
                <w:div w:id="1518078266">
                  <w:marLeft w:val="0"/>
                  <w:marRight w:val="0"/>
                  <w:marTop w:val="0"/>
                  <w:marBottom w:val="180"/>
                  <w:divBdr>
                    <w:top w:val="none" w:sz="0" w:space="0" w:color="auto"/>
                    <w:left w:val="none" w:sz="0" w:space="0" w:color="auto"/>
                    <w:bottom w:val="none" w:sz="0" w:space="0" w:color="auto"/>
                    <w:right w:val="none" w:sz="0" w:space="0" w:color="auto"/>
                  </w:divBdr>
                  <w:divsChild>
                    <w:div w:id="2099330537">
                      <w:marLeft w:val="0"/>
                      <w:marRight w:val="0"/>
                      <w:marTop w:val="0"/>
                      <w:marBottom w:val="0"/>
                      <w:divBdr>
                        <w:top w:val="none" w:sz="0" w:space="0" w:color="auto"/>
                        <w:left w:val="none" w:sz="0" w:space="0" w:color="auto"/>
                        <w:bottom w:val="none" w:sz="0" w:space="0" w:color="auto"/>
                        <w:right w:val="none" w:sz="0" w:space="0" w:color="auto"/>
                      </w:divBdr>
                    </w:div>
                    <w:div w:id="727609062">
                      <w:marLeft w:val="0"/>
                      <w:marRight w:val="0"/>
                      <w:marTop w:val="0"/>
                      <w:marBottom w:val="0"/>
                      <w:divBdr>
                        <w:top w:val="none" w:sz="0" w:space="0" w:color="auto"/>
                        <w:left w:val="none" w:sz="0" w:space="0" w:color="auto"/>
                        <w:bottom w:val="none" w:sz="0" w:space="0" w:color="auto"/>
                        <w:right w:val="none" w:sz="0" w:space="0" w:color="auto"/>
                      </w:divBdr>
                    </w:div>
                    <w:div w:id="324360236">
                      <w:marLeft w:val="0"/>
                      <w:marRight w:val="0"/>
                      <w:marTop w:val="0"/>
                      <w:marBottom w:val="0"/>
                      <w:divBdr>
                        <w:top w:val="none" w:sz="0" w:space="0" w:color="auto"/>
                        <w:left w:val="none" w:sz="0" w:space="0" w:color="auto"/>
                        <w:bottom w:val="none" w:sz="0" w:space="0" w:color="auto"/>
                        <w:right w:val="none" w:sz="0" w:space="0" w:color="auto"/>
                      </w:divBdr>
                    </w:div>
                    <w:div w:id="814876716">
                      <w:marLeft w:val="0"/>
                      <w:marRight w:val="0"/>
                      <w:marTop w:val="0"/>
                      <w:marBottom w:val="0"/>
                      <w:divBdr>
                        <w:top w:val="none" w:sz="0" w:space="0" w:color="auto"/>
                        <w:left w:val="none" w:sz="0" w:space="0" w:color="auto"/>
                        <w:bottom w:val="none" w:sz="0" w:space="0" w:color="auto"/>
                        <w:right w:val="none" w:sz="0" w:space="0" w:color="auto"/>
                      </w:divBdr>
                    </w:div>
                    <w:div w:id="446511254">
                      <w:marLeft w:val="0"/>
                      <w:marRight w:val="0"/>
                      <w:marTop w:val="0"/>
                      <w:marBottom w:val="0"/>
                      <w:divBdr>
                        <w:top w:val="none" w:sz="0" w:space="0" w:color="auto"/>
                        <w:left w:val="none" w:sz="0" w:space="0" w:color="auto"/>
                        <w:bottom w:val="none" w:sz="0" w:space="0" w:color="auto"/>
                        <w:right w:val="none" w:sz="0" w:space="0" w:color="auto"/>
                      </w:divBdr>
                    </w:div>
                  </w:divsChild>
                </w:div>
                <w:div w:id="1975673171">
                  <w:marLeft w:val="0"/>
                  <w:marRight w:val="0"/>
                  <w:marTop w:val="0"/>
                  <w:marBottom w:val="0"/>
                  <w:divBdr>
                    <w:top w:val="none" w:sz="0" w:space="0" w:color="auto"/>
                    <w:left w:val="none" w:sz="0" w:space="0" w:color="auto"/>
                    <w:bottom w:val="none" w:sz="0" w:space="0" w:color="auto"/>
                    <w:right w:val="none" w:sz="0" w:space="0" w:color="auto"/>
                  </w:divBdr>
                  <w:divsChild>
                    <w:div w:id="1524636495">
                      <w:marLeft w:val="0"/>
                      <w:marRight w:val="0"/>
                      <w:marTop w:val="0"/>
                      <w:marBottom w:val="0"/>
                      <w:divBdr>
                        <w:top w:val="none" w:sz="0" w:space="0" w:color="auto"/>
                        <w:left w:val="none" w:sz="0" w:space="0" w:color="auto"/>
                        <w:bottom w:val="none" w:sz="0" w:space="0" w:color="auto"/>
                        <w:right w:val="none" w:sz="0" w:space="0" w:color="auto"/>
                      </w:divBdr>
                      <w:divsChild>
                        <w:div w:id="196238404">
                          <w:marLeft w:val="0"/>
                          <w:marRight w:val="0"/>
                          <w:marTop w:val="0"/>
                          <w:marBottom w:val="0"/>
                          <w:divBdr>
                            <w:top w:val="none" w:sz="0" w:space="0" w:color="auto"/>
                            <w:left w:val="none" w:sz="0" w:space="0" w:color="auto"/>
                            <w:bottom w:val="none" w:sz="0" w:space="0" w:color="auto"/>
                            <w:right w:val="none" w:sz="0" w:space="0" w:color="auto"/>
                          </w:divBdr>
                        </w:div>
                        <w:div w:id="1370255440">
                          <w:marLeft w:val="0"/>
                          <w:marRight w:val="0"/>
                          <w:marTop w:val="0"/>
                          <w:marBottom w:val="0"/>
                          <w:divBdr>
                            <w:top w:val="none" w:sz="0" w:space="0" w:color="auto"/>
                            <w:left w:val="none" w:sz="0" w:space="0" w:color="auto"/>
                            <w:bottom w:val="none" w:sz="0" w:space="0" w:color="auto"/>
                            <w:right w:val="none" w:sz="0" w:space="0" w:color="auto"/>
                          </w:divBdr>
                        </w:div>
                      </w:divsChild>
                    </w:div>
                    <w:div w:id="595023619">
                      <w:marLeft w:val="0"/>
                      <w:marRight w:val="0"/>
                      <w:marTop w:val="0"/>
                      <w:marBottom w:val="0"/>
                      <w:divBdr>
                        <w:top w:val="none" w:sz="0" w:space="0" w:color="auto"/>
                        <w:left w:val="none" w:sz="0" w:space="0" w:color="auto"/>
                        <w:bottom w:val="none" w:sz="0" w:space="0" w:color="auto"/>
                        <w:right w:val="none" w:sz="0" w:space="0" w:color="auto"/>
                      </w:divBdr>
                      <w:divsChild>
                        <w:div w:id="1114445747">
                          <w:marLeft w:val="0"/>
                          <w:marRight w:val="0"/>
                          <w:marTop w:val="0"/>
                          <w:marBottom w:val="0"/>
                          <w:divBdr>
                            <w:top w:val="none" w:sz="0" w:space="0" w:color="auto"/>
                            <w:left w:val="none" w:sz="0" w:space="0" w:color="auto"/>
                            <w:bottom w:val="none" w:sz="0" w:space="0" w:color="auto"/>
                            <w:right w:val="none" w:sz="0" w:space="0" w:color="auto"/>
                          </w:divBdr>
                        </w:div>
                        <w:div w:id="1070926589">
                          <w:marLeft w:val="0"/>
                          <w:marRight w:val="0"/>
                          <w:marTop w:val="0"/>
                          <w:marBottom w:val="0"/>
                          <w:divBdr>
                            <w:top w:val="none" w:sz="0" w:space="0" w:color="auto"/>
                            <w:left w:val="none" w:sz="0" w:space="0" w:color="auto"/>
                            <w:bottom w:val="none" w:sz="0" w:space="0" w:color="auto"/>
                            <w:right w:val="none" w:sz="0" w:space="0" w:color="auto"/>
                          </w:divBdr>
                        </w:div>
                      </w:divsChild>
                    </w:div>
                    <w:div w:id="1434549640">
                      <w:marLeft w:val="0"/>
                      <w:marRight w:val="0"/>
                      <w:marTop w:val="0"/>
                      <w:marBottom w:val="0"/>
                      <w:divBdr>
                        <w:top w:val="none" w:sz="0" w:space="0" w:color="auto"/>
                        <w:left w:val="none" w:sz="0" w:space="0" w:color="auto"/>
                        <w:bottom w:val="none" w:sz="0" w:space="0" w:color="auto"/>
                        <w:right w:val="none" w:sz="0" w:space="0" w:color="auto"/>
                      </w:divBdr>
                      <w:divsChild>
                        <w:div w:id="919413717">
                          <w:marLeft w:val="0"/>
                          <w:marRight w:val="0"/>
                          <w:marTop w:val="0"/>
                          <w:marBottom w:val="0"/>
                          <w:divBdr>
                            <w:top w:val="none" w:sz="0" w:space="0" w:color="auto"/>
                            <w:left w:val="none" w:sz="0" w:space="0" w:color="auto"/>
                            <w:bottom w:val="none" w:sz="0" w:space="0" w:color="auto"/>
                            <w:right w:val="none" w:sz="0" w:space="0" w:color="auto"/>
                          </w:divBdr>
                        </w:div>
                        <w:div w:id="656611532">
                          <w:marLeft w:val="0"/>
                          <w:marRight w:val="0"/>
                          <w:marTop w:val="0"/>
                          <w:marBottom w:val="0"/>
                          <w:divBdr>
                            <w:top w:val="none" w:sz="0" w:space="0" w:color="auto"/>
                            <w:left w:val="none" w:sz="0" w:space="0" w:color="auto"/>
                            <w:bottom w:val="none" w:sz="0" w:space="0" w:color="auto"/>
                            <w:right w:val="none" w:sz="0" w:space="0" w:color="auto"/>
                          </w:divBdr>
                        </w:div>
                      </w:divsChild>
                    </w:div>
                    <w:div w:id="223496180">
                      <w:marLeft w:val="0"/>
                      <w:marRight w:val="0"/>
                      <w:marTop w:val="0"/>
                      <w:marBottom w:val="0"/>
                      <w:divBdr>
                        <w:top w:val="none" w:sz="0" w:space="0" w:color="auto"/>
                        <w:left w:val="none" w:sz="0" w:space="0" w:color="auto"/>
                        <w:bottom w:val="none" w:sz="0" w:space="0" w:color="auto"/>
                        <w:right w:val="none" w:sz="0" w:space="0" w:color="auto"/>
                      </w:divBdr>
                      <w:divsChild>
                        <w:div w:id="50005021">
                          <w:marLeft w:val="0"/>
                          <w:marRight w:val="0"/>
                          <w:marTop w:val="0"/>
                          <w:marBottom w:val="0"/>
                          <w:divBdr>
                            <w:top w:val="none" w:sz="0" w:space="0" w:color="auto"/>
                            <w:left w:val="none" w:sz="0" w:space="0" w:color="auto"/>
                            <w:bottom w:val="none" w:sz="0" w:space="0" w:color="auto"/>
                            <w:right w:val="none" w:sz="0" w:space="0" w:color="auto"/>
                          </w:divBdr>
                        </w:div>
                        <w:div w:id="164870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447151">
          <w:marLeft w:val="0"/>
          <w:marRight w:val="0"/>
          <w:marTop w:val="0"/>
          <w:marBottom w:val="0"/>
          <w:divBdr>
            <w:top w:val="none" w:sz="0" w:space="0" w:color="auto"/>
            <w:left w:val="none" w:sz="0" w:space="0" w:color="auto"/>
            <w:bottom w:val="none" w:sz="0" w:space="0" w:color="auto"/>
            <w:right w:val="none" w:sz="0" w:space="0" w:color="auto"/>
          </w:divBdr>
          <w:divsChild>
            <w:div w:id="167870112">
              <w:marLeft w:val="0"/>
              <w:marRight w:val="0"/>
              <w:marTop w:val="0"/>
              <w:marBottom w:val="0"/>
              <w:divBdr>
                <w:top w:val="none" w:sz="0" w:space="0" w:color="auto"/>
                <w:left w:val="none" w:sz="0" w:space="0" w:color="auto"/>
                <w:bottom w:val="none" w:sz="0" w:space="0" w:color="auto"/>
                <w:right w:val="none" w:sz="0" w:space="0" w:color="auto"/>
              </w:divBdr>
              <w:divsChild>
                <w:div w:id="1178422794">
                  <w:marLeft w:val="0"/>
                  <w:marRight w:val="0"/>
                  <w:marTop w:val="0"/>
                  <w:marBottom w:val="180"/>
                  <w:divBdr>
                    <w:top w:val="none" w:sz="0" w:space="0" w:color="auto"/>
                    <w:left w:val="none" w:sz="0" w:space="0" w:color="auto"/>
                    <w:bottom w:val="single" w:sz="12" w:space="5" w:color="E9ECEF"/>
                    <w:right w:val="none" w:sz="0" w:space="0" w:color="auto"/>
                  </w:divBdr>
                </w:div>
                <w:div w:id="2040931720">
                  <w:marLeft w:val="0"/>
                  <w:marRight w:val="0"/>
                  <w:marTop w:val="0"/>
                  <w:marBottom w:val="180"/>
                  <w:divBdr>
                    <w:top w:val="none" w:sz="0" w:space="0" w:color="auto"/>
                    <w:left w:val="none" w:sz="0" w:space="0" w:color="auto"/>
                    <w:bottom w:val="none" w:sz="0" w:space="0" w:color="auto"/>
                    <w:right w:val="none" w:sz="0" w:space="0" w:color="auto"/>
                  </w:divBdr>
                  <w:divsChild>
                    <w:div w:id="1697583181">
                      <w:marLeft w:val="0"/>
                      <w:marRight w:val="0"/>
                      <w:marTop w:val="0"/>
                      <w:marBottom w:val="0"/>
                      <w:divBdr>
                        <w:top w:val="none" w:sz="0" w:space="0" w:color="auto"/>
                        <w:left w:val="none" w:sz="0" w:space="0" w:color="auto"/>
                        <w:bottom w:val="none" w:sz="0" w:space="0" w:color="auto"/>
                        <w:right w:val="none" w:sz="0" w:space="0" w:color="auto"/>
                      </w:divBdr>
                    </w:div>
                  </w:divsChild>
                </w:div>
                <w:div w:id="972172455">
                  <w:marLeft w:val="0"/>
                  <w:marRight w:val="0"/>
                  <w:marTop w:val="0"/>
                  <w:marBottom w:val="0"/>
                  <w:divBdr>
                    <w:top w:val="none" w:sz="0" w:space="0" w:color="auto"/>
                    <w:left w:val="none" w:sz="0" w:space="0" w:color="auto"/>
                    <w:bottom w:val="none" w:sz="0" w:space="0" w:color="auto"/>
                    <w:right w:val="none" w:sz="0" w:space="0" w:color="auto"/>
                  </w:divBdr>
                  <w:divsChild>
                    <w:div w:id="1920169256">
                      <w:marLeft w:val="0"/>
                      <w:marRight w:val="0"/>
                      <w:marTop w:val="0"/>
                      <w:marBottom w:val="0"/>
                      <w:divBdr>
                        <w:top w:val="none" w:sz="0" w:space="0" w:color="auto"/>
                        <w:left w:val="none" w:sz="0" w:space="0" w:color="auto"/>
                        <w:bottom w:val="none" w:sz="0" w:space="0" w:color="auto"/>
                        <w:right w:val="none" w:sz="0" w:space="0" w:color="auto"/>
                      </w:divBdr>
                      <w:divsChild>
                        <w:div w:id="1927689955">
                          <w:marLeft w:val="0"/>
                          <w:marRight w:val="0"/>
                          <w:marTop w:val="0"/>
                          <w:marBottom w:val="0"/>
                          <w:divBdr>
                            <w:top w:val="none" w:sz="0" w:space="0" w:color="auto"/>
                            <w:left w:val="none" w:sz="0" w:space="0" w:color="auto"/>
                            <w:bottom w:val="none" w:sz="0" w:space="0" w:color="auto"/>
                            <w:right w:val="none" w:sz="0" w:space="0" w:color="auto"/>
                          </w:divBdr>
                        </w:div>
                        <w:div w:id="82563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296918">
          <w:marLeft w:val="0"/>
          <w:marRight w:val="0"/>
          <w:marTop w:val="0"/>
          <w:marBottom w:val="0"/>
          <w:divBdr>
            <w:top w:val="none" w:sz="0" w:space="0" w:color="auto"/>
            <w:left w:val="none" w:sz="0" w:space="0" w:color="auto"/>
            <w:bottom w:val="none" w:sz="0" w:space="0" w:color="auto"/>
            <w:right w:val="none" w:sz="0" w:space="0" w:color="auto"/>
          </w:divBdr>
          <w:divsChild>
            <w:div w:id="826477041">
              <w:marLeft w:val="0"/>
              <w:marRight w:val="0"/>
              <w:marTop w:val="0"/>
              <w:marBottom w:val="0"/>
              <w:divBdr>
                <w:top w:val="none" w:sz="0" w:space="0" w:color="auto"/>
                <w:left w:val="none" w:sz="0" w:space="0" w:color="auto"/>
                <w:bottom w:val="none" w:sz="0" w:space="0" w:color="auto"/>
                <w:right w:val="none" w:sz="0" w:space="0" w:color="auto"/>
              </w:divBdr>
              <w:divsChild>
                <w:div w:id="895777133">
                  <w:marLeft w:val="0"/>
                  <w:marRight w:val="0"/>
                  <w:marTop w:val="0"/>
                  <w:marBottom w:val="180"/>
                  <w:divBdr>
                    <w:top w:val="none" w:sz="0" w:space="0" w:color="auto"/>
                    <w:left w:val="none" w:sz="0" w:space="0" w:color="auto"/>
                    <w:bottom w:val="single" w:sz="12" w:space="5" w:color="E9ECEF"/>
                    <w:right w:val="none" w:sz="0" w:space="0" w:color="auto"/>
                  </w:divBdr>
                </w:div>
                <w:div w:id="1517647275">
                  <w:marLeft w:val="0"/>
                  <w:marRight w:val="0"/>
                  <w:marTop w:val="0"/>
                  <w:marBottom w:val="180"/>
                  <w:divBdr>
                    <w:top w:val="none" w:sz="0" w:space="0" w:color="auto"/>
                    <w:left w:val="none" w:sz="0" w:space="0" w:color="auto"/>
                    <w:bottom w:val="none" w:sz="0" w:space="0" w:color="auto"/>
                    <w:right w:val="none" w:sz="0" w:space="0" w:color="auto"/>
                  </w:divBdr>
                  <w:divsChild>
                    <w:div w:id="1806969322">
                      <w:marLeft w:val="0"/>
                      <w:marRight w:val="0"/>
                      <w:marTop w:val="0"/>
                      <w:marBottom w:val="0"/>
                      <w:divBdr>
                        <w:top w:val="none" w:sz="0" w:space="0" w:color="auto"/>
                        <w:left w:val="none" w:sz="0" w:space="0" w:color="auto"/>
                        <w:bottom w:val="none" w:sz="0" w:space="0" w:color="auto"/>
                        <w:right w:val="none" w:sz="0" w:space="0" w:color="auto"/>
                      </w:divBdr>
                    </w:div>
                    <w:div w:id="2108580665">
                      <w:marLeft w:val="0"/>
                      <w:marRight w:val="0"/>
                      <w:marTop w:val="0"/>
                      <w:marBottom w:val="0"/>
                      <w:divBdr>
                        <w:top w:val="none" w:sz="0" w:space="0" w:color="auto"/>
                        <w:left w:val="none" w:sz="0" w:space="0" w:color="auto"/>
                        <w:bottom w:val="none" w:sz="0" w:space="0" w:color="auto"/>
                        <w:right w:val="none" w:sz="0" w:space="0" w:color="auto"/>
                      </w:divBdr>
                    </w:div>
                    <w:div w:id="391123194">
                      <w:marLeft w:val="0"/>
                      <w:marRight w:val="0"/>
                      <w:marTop w:val="0"/>
                      <w:marBottom w:val="0"/>
                      <w:divBdr>
                        <w:top w:val="none" w:sz="0" w:space="0" w:color="auto"/>
                        <w:left w:val="none" w:sz="0" w:space="0" w:color="auto"/>
                        <w:bottom w:val="none" w:sz="0" w:space="0" w:color="auto"/>
                        <w:right w:val="none" w:sz="0" w:space="0" w:color="auto"/>
                      </w:divBdr>
                    </w:div>
                  </w:divsChild>
                </w:div>
                <w:div w:id="2062483637">
                  <w:marLeft w:val="0"/>
                  <w:marRight w:val="0"/>
                  <w:marTop w:val="0"/>
                  <w:marBottom w:val="0"/>
                  <w:divBdr>
                    <w:top w:val="none" w:sz="0" w:space="0" w:color="auto"/>
                    <w:left w:val="none" w:sz="0" w:space="0" w:color="auto"/>
                    <w:bottom w:val="none" w:sz="0" w:space="0" w:color="auto"/>
                    <w:right w:val="none" w:sz="0" w:space="0" w:color="auto"/>
                  </w:divBdr>
                  <w:divsChild>
                    <w:div w:id="1132021256">
                      <w:marLeft w:val="0"/>
                      <w:marRight w:val="0"/>
                      <w:marTop w:val="0"/>
                      <w:marBottom w:val="0"/>
                      <w:divBdr>
                        <w:top w:val="none" w:sz="0" w:space="0" w:color="auto"/>
                        <w:left w:val="none" w:sz="0" w:space="0" w:color="auto"/>
                        <w:bottom w:val="none" w:sz="0" w:space="0" w:color="auto"/>
                        <w:right w:val="none" w:sz="0" w:space="0" w:color="auto"/>
                      </w:divBdr>
                      <w:divsChild>
                        <w:div w:id="1239293149">
                          <w:marLeft w:val="0"/>
                          <w:marRight w:val="0"/>
                          <w:marTop w:val="0"/>
                          <w:marBottom w:val="0"/>
                          <w:divBdr>
                            <w:top w:val="none" w:sz="0" w:space="0" w:color="auto"/>
                            <w:left w:val="none" w:sz="0" w:space="0" w:color="auto"/>
                            <w:bottom w:val="none" w:sz="0" w:space="0" w:color="auto"/>
                            <w:right w:val="none" w:sz="0" w:space="0" w:color="auto"/>
                          </w:divBdr>
                        </w:div>
                        <w:div w:id="1537082643">
                          <w:marLeft w:val="0"/>
                          <w:marRight w:val="0"/>
                          <w:marTop w:val="0"/>
                          <w:marBottom w:val="0"/>
                          <w:divBdr>
                            <w:top w:val="none" w:sz="0" w:space="0" w:color="auto"/>
                            <w:left w:val="none" w:sz="0" w:space="0" w:color="auto"/>
                            <w:bottom w:val="none" w:sz="0" w:space="0" w:color="auto"/>
                            <w:right w:val="none" w:sz="0" w:space="0" w:color="auto"/>
                          </w:divBdr>
                        </w:div>
                      </w:divsChild>
                    </w:div>
                    <w:div w:id="2124957288">
                      <w:marLeft w:val="0"/>
                      <w:marRight w:val="0"/>
                      <w:marTop w:val="0"/>
                      <w:marBottom w:val="0"/>
                      <w:divBdr>
                        <w:top w:val="none" w:sz="0" w:space="0" w:color="auto"/>
                        <w:left w:val="none" w:sz="0" w:space="0" w:color="auto"/>
                        <w:bottom w:val="none" w:sz="0" w:space="0" w:color="auto"/>
                        <w:right w:val="none" w:sz="0" w:space="0" w:color="auto"/>
                      </w:divBdr>
                      <w:divsChild>
                        <w:div w:id="1256550053">
                          <w:marLeft w:val="0"/>
                          <w:marRight w:val="0"/>
                          <w:marTop w:val="0"/>
                          <w:marBottom w:val="0"/>
                          <w:divBdr>
                            <w:top w:val="none" w:sz="0" w:space="0" w:color="auto"/>
                            <w:left w:val="none" w:sz="0" w:space="0" w:color="auto"/>
                            <w:bottom w:val="none" w:sz="0" w:space="0" w:color="auto"/>
                            <w:right w:val="none" w:sz="0" w:space="0" w:color="auto"/>
                          </w:divBdr>
                        </w:div>
                        <w:div w:id="1627467272">
                          <w:marLeft w:val="0"/>
                          <w:marRight w:val="0"/>
                          <w:marTop w:val="0"/>
                          <w:marBottom w:val="0"/>
                          <w:divBdr>
                            <w:top w:val="none" w:sz="0" w:space="0" w:color="auto"/>
                            <w:left w:val="none" w:sz="0" w:space="0" w:color="auto"/>
                            <w:bottom w:val="none" w:sz="0" w:space="0" w:color="auto"/>
                            <w:right w:val="none" w:sz="0" w:space="0" w:color="auto"/>
                          </w:divBdr>
                        </w:div>
                      </w:divsChild>
                    </w:div>
                    <w:div w:id="486752597">
                      <w:marLeft w:val="0"/>
                      <w:marRight w:val="0"/>
                      <w:marTop w:val="0"/>
                      <w:marBottom w:val="0"/>
                      <w:divBdr>
                        <w:top w:val="none" w:sz="0" w:space="0" w:color="auto"/>
                        <w:left w:val="none" w:sz="0" w:space="0" w:color="auto"/>
                        <w:bottom w:val="none" w:sz="0" w:space="0" w:color="auto"/>
                        <w:right w:val="none" w:sz="0" w:space="0" w:color="auto"/>
                      </w:divBdr>
                      <w:divsChild>
                        <w:div w:id="761417000">
                          <w:marLeft w:val="0"/>
                          <w:marRight w:val="0"/>
                          <w:marTop w:val="0"/>
                          <w:marBottom w:val="0"/>
                          <w:divBdr>
                            <w:top w:val="none" w:sz="0" w:space="0" w:color="auto"/>
                            <w:left w:val="none" w:sz="0" w:space="0" w:color="auto"/>
                            <w:bottom w:val="none" w:sz="0" w:space="0" w:color="auto"/>
                            <w:right w:val="none" w:sz="0" w:space="0" w:color="auto"/>
                          </w:divBdr>
                        </w:div>
                        <w:div w:id="41663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87363">
          <w:marLeft w:val="0"/>
          <w:marRight w:val="0"/>
          <w:marTop w:val="0"/>
          <w:marBottom w:val="0"/>
          <w:divBdr>
            <w:top w:val="none" w:sz="0" w:space="0" w:color="auto"/>
            <w:left w:val="none" w:sz="0" w:space="0" w:color="auto"/>
            <w:bottom w:val="none" w:sz="0" w:space="0" w:color="auto"/>
            <w:right w:val="none" w:sz="0" w:space="0" w:color="auto"/>
          </w:divBdr>
          <w:divsChild>
            <w:div w:id="1282999717">
              <w:marLeft w:val="0"/>
              <w:marRight w:val="0"/>
              <w:marTop w:val="0"/>
              <w:marBottom w:val="0"/>
              <w:divBdr>
                <w:top w:val="none" w:sz="0" w:space="0" w:color="auto"/>
                <w:left w:val="none" w:sz="0" w:space="0" w:color="auto"/>
                <w:bottom w:val="none" w:sz="0" w:space="0" w:color="auto"/>
                <w:right w:val="none" w:sz="0" w:space="0" w:color="auto"/>
              </w:divBdr>
              <w:divsChild>
                <w:div w:id="1493182260">
                  <w:marLeft w:val="0"/>
                  <w:marRight w:val="0"/>
                  <w:marTop w:val="0"/>
                  <w:marBottom w:val="180"/>
                  <w:divBdr>
                    <w:top w:val="none" w:sz="0" w:space="0" w:color="auto"/>
                    <w:left w:val="none" w:sz="0" w:space="0" w:color="auto"/>
                    <w:bottom w:val="single" w:sz="12" w:space="5" w:color="E9ECEF"/>
                    <w:right w:val="none" w:sz="0" w:space="0" w:color="auto"/>
                  </w:divBdr>
                </w:div>
                <w:div w:id="1843659922">
                  <w:marLeft w:val="0"/>
                  <w:marRight w:val="0"/>
                  <w:marTop w:val="0"/>
                  <w:marBottom w:val="180"/>
                  <w:divBdr>
                    <w:top w:val="none" w:sz="0" w:space="0" w:color="auto"/>
                    <w:left w:val="none" w:sz="0" w:space="0" w:color="auto"/>
                    <w:bottom w:val="none" w:sz="0" w:space="0" w:color="auto"/>
                    <w:right w:val="none" w:sz="0" w:space="0" w:color="auto"/>
                  </w:divBdr>
                  <w:divsChild>
                    <w:div w:id="3754175">
                      <w:marLeft w:val="0"/>
                      <w:marRight w:val="0"/>
                      <w:marTop w:val="0"/>
                      <w:marBottom w:val="0"/>
                      <w:divBdr>
                        <w:top w:val="none" w:sz="0" w:space="0" w:color="auto"/>
                        <w:left w:val="none" w:sz="0" w:space="0" w:color="auto"/>
                        <w:bottom w:val="none" w:sz="0" w:space="0" w:color="auto"/>
                        <w:right w:val="none" w:sz="0" w:space="0" w:color="auto"/>
                      </w:divBdr>
                    </w:div>
                  </w:divsChild>
                </w:div>
                <w:div w:id="70781127">
                  <w:marLeft w:val="0"/>
                  <w:marRight w:val="0"/>
                  <w:marTop w:val="0"/>
                  <w:marBottom w:val="0"/>
                  <w:divBdr>
                    <w:top w:val="none" w:sz="0" w:space="0" w:color="auto"/>
                    <w:left w:val="none" w:sz="0" w:space="0" w:color="auto"/>
                    <w:bottom w:val="none" w:sz="0" w:space="0" w:color="auto"/>
                    <w:right w:val="none" w:sz="0" w:space="0" w:color="auto"/>
                  </w:divBdr>
                  <w:divsChild>
                    <w:div w:id="1093433202">
                      <w:marLeft w:val="0"/>
                      <w:marRight w:val="0"/>
                      <w:marTop w:val="0"/>
                      <w:marBottom w:val="0"/>
                      <w:divBdr>
                        <w:top w:val="none" w:sz="0" w:space="0" w:color="auto"/>
                        <w:left w:val="none" w:sz="0" w:space="0" w:color="auto"/>
                        <w:bottom w:val="none" w:sz="0" w:space="0" w:color="auto"/>
                        <w:right w:val="none" w:sz="0" w:space="0" w:color="auto"/>
                      </w:divBdr>
                      <w:divsChild>
                        <w:div w:id="1304583262">
                          <w:marLeft w:val="0"/>
                          <w:marRight w:val="0"/>
                          <w:marTop w:val="0"/>
                          <w:marBottom w:val="0"/>
                          <w:divBdr>
                            <w:top w:val="none" w:sz="0" w:space="0" w:color="auto"/>
                            <w:left w:val="none" w:sz="0" w:space="0" w:color="auto"/>
                            <w:bottom w:val="none" w:sz="0" w:space="0" w:color="auto"/>
                            <w:right w:val="none" w:sz="0" w:space="0" w:color="auto"/>
                          </w:divBdr>
                        </w:div>
                        <w:div w:id="78808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901235">
          <w:marLeft w:val="0"/>
          <w:marRight w:val="0"/>
          <w:marTop w:val="0"/>
          <w:marBottom w:val="0"/>
          <w:divBdr>
            <w:top w:val="none" w:sz="0" w:space="0" w:color="auto"/>
            <w:left w:val="none" w:sz="0" w:space="0" w:color="auto"/>
            <w:bottom w:val="none" w:sz="0" w:space="0" w:color="auto"/>
            <w:right w:val="none" w:sz="0" w:space="0" w:color="auto"/>
          </w:divBdr>
          <w:divsChild>
            <w:div w:id="620037026">
              <w:marLeft w:val="0"/>
              <w:marRight w:val="0"/>
              <w:marTop w:val="0"/>
              <w:marBottom w:val="0"/>
              <w:divBdr>
                <w:top w:val="none" w:sz="0" w:space="0" w:color="auto"/>
                <w:left w:val="none" w:sz="0" w:space="0" w:color="auto"/>
                <w:bottom w:val="none" w:sz="0" w:space="0" w:color="auto"/>
                <w:right w:val="none" w:sz="0" w:space="0" w:color="auto"/>
              </w:divBdr>
              <w:divsChild>
                <w:div w:id="1945068700">
                  <w:marLeft w:val="0"/>
                  <w:marRight w:val="0"/>
                  <w:marTop w:val="0"/>
                  <w:marBottom w:val="180"/>
                  <w:divBdr>
                    <w:top w:val="none" w:sz="0" w:space="0" w:color="auto"/>
                    <w:left w:val="none" w:sz="0" w:space="0" w:color="auto"/>
                    <w:bottom w:val="single" w:sz="12" w:space="5" w:color="E9ECEF"/>
                    <w:right w:val="none" w:sz="0" w:space="0" w:color="auto"/>
                  </w:divBdr>
                </w:div>
                <w:div w:id="256406676">
                  <w:marLeft w:val="0"/>
                  <w:marRight w:val="0"/>
                  <w:marTop w:val="0"/>
                  <w:marBottom w:val="180"/>
                  <w:divBdr>
                    <w:top w:val="none" w:sz="0" w:space="0" w:color="auto"/>
                    <w:left w:val="none" w:sz="0" w:space="0" w:color="auto"/>
                    <w:bottom w:val="none" w:sz="0" w:space="0" w:color="auto"/>
                    <w:right w:val="none" w:sz="0" w:space="0" w:color="auto"/>
                  </w:divBdr>
                  <w:divsChild>
                    <w:div w:id="1609310874">
                      <w:marLeft w:val="0"/>
                      <w:marRight w:val="0"/>
                      <w:marTop w:val="0"/>
                      <w:marBottom w:val="0"/>
                      <w:divBdr>
                        <w:top w:val="none" w:sz="0" w:space="0" w:color="auto"/>
                        <w:left w:val="none" w:sz="0" w:space="0" w:color="auto"/>
                        <w:bottom w:val="none" w:sz="0" w:space="0" w:color="auto"/>
                        <w:right w:val="none" w:sz="0" w:space="0" w:color="auto"/>
                      </w:divBdr>
                    </w:div>
                  </w:divsChild>
                </w:div>
                <w:div w:id="1733892435">
                  <w:marLeft w:val="0"/>
                  <w:marRight w:val="0"/>
                  <w:marTop w:val="0"/>
                  <w:marBottom w:val="0"/>
                  <w:divBdr>
                    <w:top w:val="none" w:sz="0" w:space="0" w:color="auto"/>
                    <w:left w:val="none" w:sz="0" w:space="0" w:color="auto"/>
                    <w:bottom w:val="none" w:sz="0" w:space="0" w:color="auto"/>
                    <w:right w:val="none" w:sz="0" w:space="0" w:color="auto"/>
                  </w:divBdr>
                  <w:divsChild>
                    <w:div w:id="2143501719">
                      <w:marLeft w:val="0"/>
                      <w:marRight w:val="0"/>
                      <w:marTop w:val="0"/>
                      <w:marBottom w:val="0"/>
                      <w:divBdr>
                        <w:top w:val="none" w:sz="0" w:space="0" w:color="auto"/>
                        <w:left w:val="none" w:sz="0" w:space="0" w:color="auto"/>
                        <w:bottom w:val="none" w:sz="0" w:space="0" w:color="auto"/>
                        <w:right w:val="none" w:sz="0" w:space="0" w:color="auto"/>
                      </w:divBdr>
                      <w:divsChild>
                        <w:div w:id="1799834131">
                          <w:marLeft w:val="0"/>
                          <w:marRight w:val="0"/>
                          <w:marTop w:val="0"/>
                          <w:marBottom w:val="0"/>
                          <w:divBdr>
                            <w:top w:val="none" w:sz="0" w:space="0" w:color="auto"/>
                            <w:left w:val="none" w:sz="0" w:space="0" w:color="auto"/>
                            <w:bottom w:val="none" w:sz="0" w:space="0" w:color="auto"/>
                            <w:right w:val="none" w:sz="0" w:space="0" w:color="auto"/>
                          </w:divBdr>
                        </w:div>
                        <w:div w:id="154844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670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D1FD-FC18-4D25-83D9-EBDFB75FA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TotalTime>
  <Pages>4</Pages>
  <Words>433</Words>
  <Characters>2472</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令和8年度 横須賀市小学校プール利用者アンケート 7月・8月統合報告書（町名別集計追加）</vt:lpstr>
      <vt:lpstr/>
    </vt:vector>
  </TitlesOfParts>
  <Manager/>
  <Company/>
  <LinksUpToDate>false</LinksUpToDate>
  <CharactersWithSpaces>2900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令和8年度 横須賀市小学校プール利用者アンケート 7月・8月統合報告書（町名別集計追加）</dc:title>
  <dc:subject>市役所提出用資料</dc:subject>
  <dc:creator>python-docx</dc:creator>
  <cp:keywords/>
  <dc:description>generated by python-docx</dc:description>
  <cp:lastModifiedBy>横須賀市</cp:lastModifiedBy>
  <cp:revision>27</cp:revision>
  <cp:lastPrinted>2026-10-16T05:14:00Z</cp:lastPrinted>
  <dcterms:created xsi:type="dcterms:W3CDTF">2026-10-14T03:44:00Z</dcterms:created>
  <dcterms:modified xsi:type="dcterms:W3CDTF">2026-10-16T05:24:00Z</dcterms:modified>
  <cp:category/>
</cp:coreProperties>
</file>